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Τεχνητή Νοημοσύνη: Ανάμεσα στη Γνώση, την Ηθική και την Ανθρώπινη Περατότητα</w:t>
      </w:r>
    </w:p>
    <w:p>
      <w:pPr>
        <w:pStyle w:val="Heading1"/>
      </w:pPr>
      <w:r>
        <w:t>Εισαγωγή</w:t>
      </w:r>
    </w:p>
    <w:p>
      <w:pPr>
        <w:spacing w:after="240"/>
      </w:pPr>
      <w:r>
        <w:t>Η τεχνητή νοημοσύνη (ΤΝ) δεν είναι πια μακρινό σενάριο επιστημονικής φαντασίας. Είναι ήδη εδώ: στις εφαρμογές των κινητών μας, στους υπολογιστές μας, στις μηχανές αναζήτησης, στις μεταφράσεις, στα μέσα κοινωνικής δικτύωσης. Η συζήτηση όμως δεν περιορίζεται στα τεχνικά θαύματα. Αφορά θεμελιώδη ερωτήματα: Τι σημαίνει νοημοσύνη; Πώς συγκρίνεται η ΤΝ με τον άνθρωπο; Τι ρόλο παίζουν η ηθική και η λογοκρισία; Και, τελικά, μήπως η ΤΝ είναι η τελευταία μεγάλη εφεύρεση της ανθρωπότητας;</w:t>
      </w:r>
    </w:p>
    <w:p>
      <w:pPr>
        <w:pStyle w:val="Heading1"/>
      </w:pPr>
      <w:r>
        <w:t>Ορισμός της ΤΝ</w:t>
      </w:r>
    </w:p>
    <w:p>
      <w:pPr>
        <w:spacing w:after="240"/>
      </w:pPr>
      <w:r>
        <w:t>Δεν υπάρχει ένας και μοναδικός ορισμός της ΤΝ. Ένας προτεινόμενος ορισμός είναι:</w:t>
        <w:br/>
        <w:t>«Η Τεχνητή Νοημοσύνη είναι η δυνατότητα ενός υπολογιστικού συστήματος να προτείνει λύσεις σε προβλήματα που κανονικά απαιτούν ανθρώπινη σκέψη – όπως η παραγωγή κειμένου σε φυσική γλώσσα, η αναγνώριση εικόνων ή η λήψη αποφάσεων – χρησιμοποιώντας μοτίβα που έχει μάθει από δεδομένα, αντί να ακολουθεί αποκλειστικά εντολές που του έχουν δοθεί εκ των προτέρων.»</w:t>
        <w:br/>
        <w:br/>
        <w:t>Η διατύπωση αυτή τονίζει τρία στοιχεία:</w:t>
        <w:br/>
        <w:t>1. Η ΤΝ εκτελεί ανθρώπινου τύπου εργασίες.</w:t>
        <w:br/>
        <w:t>2. Οι λύσεις βασίζονται σε εκμάθηση από δεδομένα και όχι σε αυστηρά προκαθορισμένα βήματα.</w:t>
        <w:br/>
        <w:t>3. Δεν υπάρχει «κατανόηση» με την ανθρώπινη έννοια∙ υπάρχουν μοτίβα και πιθανότητες.</w:t>
      </w:r>
    </w:p>
    <w:p>
      <w:pPr>
        <w:pStyle w:val="Heading1"/>
      </w:pPr>
      <w:r>
        <w:t>Άσκηση, εργασία, πρόβλημα</w:t>
      </w:r>
    </w:p>
    <w:p>
      <w:pPr>
        <w:spacing w:after="240"/>
      </w:pPr>
      <w:r>
        <w:t>Για να κατανοήσουμε καλύτερα, ας ξεχωρίσουμε τρεις βασικές έννοιες:</w:t>
        <w:br/>
        <w:t>- Άσκηση: Μια απλή ερώτηση με μία μοναδική σωστή απάντηση (π.χ. 2+2=4).</w:t>
        <w:br/>
        <w:t>- Εργασία: Οποιοδήποτε καθήκον, απλό ή σύνθετο (π.χ. μετέφρασε αυτό το κείμενο).</w:t>
        <w:br/>
        <w:t>- Πρόβλημα: Μια κατάσταση χωρίς ξεκάθαρη λύση, που απαιτεί στρατηγική και κριτική σκέψη (π.χ. πώς να σχεδιάσουμε δίκαιο φορολογικό σύστημα).</w:t>
        <w:br/>
        <w:br/>
        <w:t>Η ΤΝ μπορεί να εκτελέσει και τα τρία. Όμως το κάνει πάντα με βάση πιθανότητες και προηγούμενα δεδομένα, όχι με πραγματική κατανόηση.</w:t>
      </w:r>
    </w:p>
    <w:p>
      <w:pPr>
        <w:pStyle w:val="Heading1"/>
      </w:pPr>
      <w:r>
        <w:t>Ο μέσος άνθρωπος απέναντι στο ChatGPT</w:t>
      </w:r>
    </w:p>
    <w:p>
      <w:pPr>
        <w:spacing w:after="240"/>
      </w:pPr>
      <w:r>
        <w:t>Η σύγκριση του ChatGPT με τον «μέσο άνθρωπο» είναι άνιση. Ο μέσος άνθρωπος γνωρίζει περιορισμένα πράγματα και μπορεί να απαντήσει σε λίγες ερωτήσεις και όχι πάντα σωστά. Το ChatGPT έχει εκτεθεί σε τεράστια ποσότητα δεδομένων και μπορεί να απαντήσει σε σχεδόν οποιαδήποτε ερώτηση, με πιθανότητα ορθότητας πολύ μεγαλύτερη. Αν έχουμε 1000 απορίες, ο μέσος άνθρωπος ίσως απαντήσει στις 10–20, ενώ το ChatGPT σε όλες.</w:t>
      </w:r>
    </w:p>
    <w:p>
      <w:pPr>
        <w:pStyle w:val="Heading1"/>
      </w:pPr>
      <w:r>
        <w:t>ChatGPT και ο ειδικός: πού βρίσκεται η ισορροπία;</w:t>
      </w:r>
    </w:p>
    <w:p>
      <w:pPr>
        <w:spacing w:after="240"/>
      </w:pPr>
      <w:r>
        <w:t>Δεν μπορούμε να συγκρίνουμε το ChatGPT (που είναι πολυεργαλείο) με έναν ειδικό σε ένα στενό αντικείμενο. Ο ειδικός δεν υπερέχει στο εύρος αλλά στο βάθος: ξέρει πώς να ερμηνεύσει τις πληροφορίες, έχει εμπειρία από πραγματικά περιστατικά και μπορεί να αναλάβει ευθύνη. Στην πράξη, η καλύτερη λύση είναι ο συνδυασμός: ειδικός + ΤΝ. Το ChatGPT προσφέρει εύρος και ταχύτητα, ο ειδικός κρίση και εφαρμογή στο πλαίσιο.</w:t>
      </w:r>
    </w:p>
    <w:p>
      <w:pPr>
        <w:pStyle w:val="Heading1"/>
      </w:pPr>
      <w:r>
        <w:t>Τα όρια της ανθρώπινης γνώσης</w:t>
      </w:r>
    </w:p>
    <w:p>
      <w:pPr>
        <w:spacing w:after="240"/>
      </w:pPr>
      <w:r>
        <w:t>Η γνώση πολλαπλασιάζεται με εκθετικό ρυθμό. Κανένας άνθρωπος δεν μπορεί να την ακολουθήσει. Ακόμη και ο καλύτερος επιστήμονας γνωρίζει μόνο ένα κλάσμα του κλάδου του. Η ΤΝ μπορεί να αναλύει δισεκατομμύρια δεδομένα και να συνδυάζει πληροφορίες. Αυτό δημιουργεί την εντύπωση ότι είναι πιο έξυπνη. Στην πραγματικότητα, η ανθρώπινη νοημοσύνη έγκειται στην κατανόηση, στην ικανότητα να θέτουμε ερωτήματα και να παίρνουμε υπεύθυνες αποφάσεις.</w:t>
      </w:r>
    </w:p>
    <w:p>
      <w:pPr>
        <w:pStyle w:val="Heading1"/>
      </w:pPr>
      <w:r>
        <w:t>Η ΤΝ ως «τελευταία εφεύρεση»</w:t>
      </w:r>
    </w:p>
    <w:p>
      <w:pPr>
        <w:spacing w:after="240"/>
      </w:pPr>
      <w:r>
        <w:t>Ορισμένοι θεωρούν ότι η ΤΝ μπορεί να είναι η τελευταία μεγάλη εφεύρεση της ανθρωπότητας. Αν φτάσει στο σημείο να βελτιώνει τον εαυτό της, τότε θα μπορεί να παράγει όλες τις μελλοντικές εφευρέσεις. Αυτό έχει δύο όψεις: θετική (λύση μεγάλων προβλημάτων όπως η κλιματική αλλαγή) και αρνητική (ο άνθρωπος κινδυνεύει να χάσει τον ρόλο του δημιουργού).</w:t>
      </w:r>
    </w:p>
    <w:p>
      <w:pPr>
        <w:pStyle w:val="Heading1"/>
      </w:pPr>
      <w:r>
        <w:t>Ηθική και λογοκρισία</w:t>
      </w:r>
    </w:p>
    <w:p>
      <w:pPr>
        <w:spacing w:after="240"/>
      </w:pPr>
      <w:r>
        <w:t>Η ηθική είναι σχετική: αλλάζει με τον τόπο και την εποχή. Στην πράξη, η «ηθική χρήση» της ΤΝ μεταφράζεται σε φίλτρα και λογοκρισία. Στην Ευρώπη, η έμφαση είναι στην ιδιωτικότητα. Στην Κίνα, στην κοινωνική σταθερότητα. Στις ΗΠΑ, στην ελευθερία της αγοράς. Έτσι, η ίδια τεχνολογία μπορεί να δίνει διαφορετικές απαντήσεις ανάλογα με τη χώρα.</w:t>
      </w:r>
    </w:p>
    <w:p>
      <w:pPr>
        <w:pStyle w:val="Heading1"/>
      </w:pPr>
      <w:r>
        <w:t>Παγκόσμια ή εθνικά ChatGPT;</w:t>
      </w:r>
    </w:p>
    <w:p>
      <w:pPr>
        <w:spacing w:after="240"/>
      </w:pPr>
      <w:r>
        <w:t>Το ερώτημα είναι αν θα έχουμε ένα παγκόσμιο AI με καθολικά φίλτρα ή πολλά εθνικά συστήματα με τοπικές αξίες. Το πρώτο θα εξασφάλιζε ενιαία γνώση αλλά θα κατηγορηθεί για πολιτισμική προκατάληψη. Το δεύτερο θα σεβόταν τις ιδιαιτερότητες αλλά θα οδηγούσε σε κατακερματισμό. Σήμερα βλέπουμε να προχωρά το δεύτερο: Κίνα, Ευρώπη, ΗΠΑ αναπτύσσουν διαφορετικά οικοσυστήματα.</w:t>
      </w:r>
    </w:p>
    <w:p>
      <w:pPr>
        <w:pStyle w:val="Heading1"/>
      </w:pPr>
      <w:r>
        <w:t>Συμπέρασμα</w:t>
      </w:r>
    </w:p>
    <w:p>
      <w:pPr>
        <w:spacing w:after="240"/>
      </w:pPr>
      <w:r>
        <w:t>Η ΤΝ είναι καθρέφτης των δυνατοτήτων και των ορίων μας. Δείχνει πόσο περιορισμένος είναι ο μέσος άνθρωπος σε σχέση με την παγκόσμια γνώση, αλλά και πόσο σημαντική είναι η ανθρώπινη κρίση και υπευθυνότητα. Η ηθική, αν και υποκειμενική, καθορίζει πώς χρησιμοποιείται η ΤΝ και στην πράξη σημαίνει διαφορετικά φίλτρα ανά χώρα. Το μέλλον θα δείξει αν θα ζήσουμε με μία ενιαία ΤΝ ή με πολλές εκδοχές, καθεμιά με τη δική της λογοκρισία.</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