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A82FDC" w14:textId="77777777" w:rsidR="004D563C" w:rsidRPr="00F76008" w:rsidRDefault="004D563C" w:rsidP="004D563C">
      <w:pPr>
        <w:pStyle w:val="1"/>
        <w:rPr>
          <w:lang w:val="el-GR"/>
        </w:rPr>
      </w:pPr>
      <w:r w:rsidRPr="00F76008">
        <w:rPr>
          <w:lang w:val="el-GR"/>
        </w:rPr>
        <w:t>Συνοπτική Περιγραφή Σεναρίου Εφαρμογής στην Τάξη</w:t>
      </w:r>
    </w:p>
    <w:p w14:paraId="0040EB82" w14:textId="77777777" w:rsidR="004D563C" w:rsidRPr="00F76008" w:rsidRDefault="004D563C" w:rsidP="004D563C">
      <w:pPr>
        <w:pStyle w:val="21"/>
        <w:rPr>
          <w:lang w:val="el-GR"/>
        </w:rPr>
      </w:pPr>
      <w:r w:rsidRPr="00F76008">
        <w:rPr>
          <w:lang w:val="el-GR"/>
        </w:rPr>
        <w:t>1. Τίτλος</w:t>
      </w:r>
    </w:p>
    <w:p w14:paraId="559792DF" w14:textId="77777777" w:rsidR="004D563C" w:rsidRPr="00F76008" w:rsidRDefault="004D563C" w:rsidP="004D563C">
      <w:pPr>
        <w:rPr>
          <w:lang w:val="el-GR"/>
        </w:rPr>
      </w:pPr>
      <w:r w:rsidRPr="00F76008">
        <w:rPr>
          <w:lang w:val="el-GR"/>
        </w:rPr>
        <w:t xml:space="preserve">Οργάνωση Σχολικών Διαγωνισμάτων με </w:t>
      </w:r>
      <w:r>
        <w:t>Google</w:t>
      </w:r>
      <w:r w:rsidRPr="00F76008">
        <w:rPr>
          <w:lang w:val="el-GR"/>
        </w:rPr>
        <w:t xml:space="preserve"> </w:t>
      </w:r>
      <w:r>
        <w:t>Sheets</w:t>
      </w:r>
      <w:r w:rsidRPr="00F76008">
        <w:rPr>
          <w:lang w:val="el-GR"/>
        </w:rPr>
        <w:t xml:space="preserve"> και </w:t>
      </w:r>
      <w:r>
        <w:t>Web</w:t>
      </w:r>
      <w:r w:rsidRPr="00F76008">
        <w:rPr>
          <w:lang w:val="el-GR"/>
        </w:rPr>
        <w:t xml:space="preserve"> Εφαρμογή</w:t>
      </w:r>
    </w:p>
    <w:p w14:paraId="32EA5B24" w14:textId="77777777" w:rsidR="004D563C" w:rsidRPr="00F76008" w:rsidRDefault="004D563C" w:rsidP="004D563C">
      <w:pPr>
        <w:pStyle w:val="21"/>
        <w:rPr>
          <w:lang w:val="el-GR"/>
        </w:rPr>
      </w:pPr>
      <w:r w:rsidRPr="00F76008">
        <w:rPr>
          <w:lang w:val="el-GR"/>
        </w:rPr>
        <w:t>2. Γνωστικό Αντικείμενο – Ένταξη στο Πρόγραμμα Σπουδών</w:t>
      </w:r>
    </w:p>
    <w:p w14:paraId="63B74C0B" w14:textId="77777777" w:rsidR="004D563C" w:rsidRPr="00F76008" w:rsidRDefault="004D563C" w:rsidP="004D563C">
      <w:pPr>
        <w:rPr>
          <w:lang w:val="el-GR"/>
        </w:rPr>
      </w:pPr>
      <w:r w:rsidRPr="00F76008">
        <w:rPr>
          <w:lang w:val="el-GR"/>
        </w:rPr>
        <w:t>Μάθημα: Πληροφορική</w:t>
      </w:r>
      <w:r w:rsidRPr="00F76008">
        <w:rPr>
          <w:lang w:val="el-GR"/>
        </w:rPr>
        <w:br/>
        <w:t>Τάξη: Β΄ ή Γ΄ Λυκείου (Γενικό Λύκειο)</w:t>
      </w:r>
      <w:r w:rsidRPr="00F76008">
        <w:rPr>
          <w:lang w:val="el-GR"/>
        </w:rPr>
        <w:br/>
        <w:t>Βαθμίδα: Δευτεροβάθμια Εκπαίδευση</w:t>
      </w:r>
      <w:r w:rsidRPr="00F76008">
        <w:rPr>
          <w:lang w:val="el-GR"/>
        </w:rPr>
        <w:br/>
        <w:t>Ενότητα ΠΣ: Ψηφιακές εφαρμογές στην καθημερινότητα – Ψηφιακές πρακτικές και συνεργατικά περιβάλλοντα – Ανάπτυξη εφαρμογών με εργαλεία αυτοματοποίησης.</w:t>
      </w:r>
    </w:p>
    <w:p w14:paraId="09ED2548" w14:textId="77777777" w:rsidR="004D563C" w:rsidRPr="00F76008" w:rsidRDefault="004D563C" w:rsidP="004D563C">
      <w:pPr>
        <w:pStyle w:val="21"/>
        <w:rPr>
          <w:lang w:val="el-GR"/>
        </w:rPr>
      </w:pPr>
      <w:r w:rsidRPr="00F76008">
        <w:rPr>
          <w:lang w:val="el-GR"/>
        </w:rPr>
        <w:t>3. Διάρκεια Εφαρμογής Σεναρίου</w:t>
      </w:r>
    </w:p>
    <w:p w14:paraId="69BBE21E" w14:textId="77777777" w:rsidR="004D563C" w:rsidRPr="00F76008" w:rsidRDefault="004D563C" w:rsidP="004D563C">
      <w:pPr>
        <w:rPr>
          <w:lang w:val="el-GR"/>
        </w:rPr>
      </w:pPr>
      <w:r w:rsidRPr="00F76008">
        <w:rPr>
          <w:lang w:val="el-GR"/>
        </w:rPr>
        <w:t>2 διδακτικές ώρες (90 λεπτά)</w:t>
      </w:r>
    </w:p>
    <w:p w14:paraId="67DE841E" w14:textId="77777777" w:rsidR="004D563C" w:rsidRPr="00F76008" w:rsidRDefault="004D563C" w:rsidP="004D563C">
      <w:pPr>
        <w:pStyle w:val="21"/>
        <w:rPr>
          <w:lang w:val="el-GR"/>
        </w:rPr>
      </w:pPr>
      <w:r w:rsidRPr="00F76008">
        <w:rPr>
          <w:lang w:val="el-GR"/>
        </w:rPr>
        <w:t>4. Στόχοι</w:t>
      </w:r>
    </w:p>
    <w:p w14:paraId="5E7F7054" w14:textId="77777777" w:rsidR="004D563C" w:rsidRPr="00F76008" w:rsidRDefault="004D563C" w:rsidP="004D563C">
      <w:pPr>
        <w:rPr>
          <w:lang w:val="el-GR"/>
        </w:rPr>
      </w:pPr>
      <w:r w:rsidRPr="00F76008">
        <w:rPr>
          <w:lang w:val="el-GR"/>
        </w:rPr>
        <w:t xml:space="preserve">- Να κατανοήσουν οι μαθητές πώς η </w:t>
      </w:r>
      <w:proofErr w:type="spellStart"/>
      <w:r w:rsidRPr="00F76008">
        <w:rPr>
          <w:lang w:val="el-GR"/>
        </w:rPr>
        <w:t>ψηφιοποίηση</w:t>
      </w:r>
      <w:proofErr w:type="spellEnd"/>
      <w:r w:rsidRPr="00F76008">
        <w:rPr>
          <w:lang w:val="el-GR"/>
        </w:rPr>
        <w:t xml:space="preserve"> μπορεί να διευκολύνει τη διοίκηση ενός σχολείου.</w:t>
      </w:r>
      <w:r w:rsidRPr="00F76008">
        <w:rPr>
          <w:lang w:val="el-GR"/>
        </w:rPr>
        <w:br/>
        <w:t>- Να εξοικειωθούν με τη χρήση υπολογιστικών φύλλων και βασικών εννοιών αυτοματοποίησης.</w:t>
      </w:r>
      <w:r w:rsidRPr="00F76008">
        <w:rPr>
          <w:lang w:val="el-GR"/>
        </w:rPr>
        <w:br/>
        <w:t>- Να σχεδιάσουν ένα σύστημα που οργανώνει δεδομένα διαγωνισμάτων και τα απεικονίζει διαδικτυακά.</w:t>
      </w:r>
      <w:r w:rsidRPr="00F76008">
        <w:rPr>
          <w:lang w:val="el-GR"/>
        </w:rPr>
        <w:br/>
        <w:t>- Να αξιολογήσουν τα πλεονεκτήματα και τις προκλήσεις της χρήσης ψηφιακών εργαλείων.</w:t>
      </w:r>
    </w:p>
    <w:p w14:paraId="5A0522E7" w14:textId="77777777" w:rsidR="004D563C" w:rsidRPr="00F76008" w:rsidRDefault="004D563C" w:rsidP="004D563C">
      <w:pPr>
        <w:pStyle w:val="21"/>
        <w:rPr>
          <w:lang w:val="el-GR"/>
        </w:rPr>
      </w:pPr>
      <w:r w:rsidRPr="00F76008">
        <w:rPr>
          <w:lang w:val="el-GR"/>
        </w:rPr>
        <w:t>5. Περιγραφή</w:t>
      </w:r>
    </w:p>
    <w:p w14:paraId="1218D056" w14:textId="77777777" w:rsidR="004D563C" w:rsidRPr="00F76008" w:rsidRDefault="004D563C" w:rsidP="004D563C">
      <w:pPr>
        <w:rPr>
          <w:lang w:val="el-GR"/>
        </w:rPr>
      </w:pPr>
      <w:r w:rsidRPr="00F76008">
        <w:rPr>
          <w:lang w:val="el-GR"/>
        </w:rPr>
        <w:t xml:space="preserve">Οι μαθητές εισάγονται στην ιδέα της </w:t>
      </w:r>
      <w:proofErr w:type="spellStart"/>
      <w:r w:rsidRPr="00F76008">
        <w:rPr>
          <w:lang w:val="el-GR"/>
        </w:rPr>
        <w:t>ψηφιοποίησης</w:t>
      </w:r>
      <w:proofErr w:type="spellEnd"/>
      <w:r w:rsidRPr="00F76008">
        <w:rPr>
          <w:lang w:val="el-GR"/>
        </w:rPr>
        <w:t xml:space="preserve"> διαδικασιών στο σχολείο. Ο/Η εκπαιδευτικός παρουσιάζει την ανάγκη: πώς μπορεί να οργανωθεί το πρόγραμμα των διαγωνισμάτων ώστε να είναι σαφές για καθηγητές, μαθητές και τη διεύθυνση. Δείχνει ένα </w:t>
      </w:r>
      <w:r>
        <w:t>Google</w:t>
      </w:r>
      <w:r w:rsidRPr="00F76008">
        <w:rPr>
          <w:lang w:val="el-GR"/>
        </w:rPr>
        <w:t xml:space="preserve"> </w:t>
      </w:r>
      <w:r>
        <w:t>Sheet</w:t>
      </w:r>
      <w:r w:rsidRPr="00F76008">
        <w:rPr>
          <w:lang w:val="el-GR"/>
        </w:rPr>
        <w:t xml:space="preserve"> με τα δεδομένα (ημερομηνίες, μαθήματα, αίθουσες) και πώς αυτά εμφανίζονται σε μια </w:t>
      </w:r>
      <w:r>
        <w:t>web</w:t>
      </w:r>
      <w:r w:rsidRPr="00F76008">
        <w:rPr>
          <w:lang w:val="el-GR"/>
        </w:rPr>
        <w:t xml:space="preserve"> εφαρμογή μέσω </w:t>
      </w:r>
      <w:r>
        <w:t>Google</w:t>
      </w:r>
      <w:r w:rsidRPr="00F76008">
        <w:rPr>
          <w:lang w:val="el-GR"/>
        </w:rPr>
        <w:t xml:space="preserve"> </w:t>
      </w:r>
      <w:r>
        <w:t>Apps</w:t>
      </w:r>
      <w:r w:rsidRPr="00F76008">
        <w:rPr>
          <w:lang w:val="el-GR"/>
        </w:rPr>
        <w:t xml:space="preserve"> </w:t>
      </w:r>
      <w:r>
        <w:t>Script</w:t>
      </w:r>
      <w:r w:rsidRPr="00F76008">
        <w:rPr>
          <w:lang w:val="el-GR"/>
        </w:rPr>
        <w:t>.</w:t>
      </w:r>
      <w:r w:rsidRPr="00F76008">
        <w:rPr>
          <w:lang w:val="el-GR"/>
        </w:rPr>
        <w:br/>
      </w:r>
      <w:r w:rsidRPr="00F76008">
        <w:rPr>
          <w:lang w:val="el-GR"/>
        </w:rPr>
        <w:br/>
        <w:t>Οι μαθητές σε ομάδες:</w:t>
      </w:r>
      <w:r w:rsidRPr="00F76008">
        <w:rPr>
          <w:lang w:val="el-GR"/>
        </w:rPr>
        <w:br/>
        <w:t>1. Καταγράφουν ποια δεδομένα θεωρούν απαραίτητα για την οργάνωση διαγωνισμάτων.</w:t>
      </w:r>
      <w:r w:rsidRPr="00F76008">
        <w:rPr>
          <w:lang w:val="el-GR"/>
        </w:rPr>
        <w:br/>
        <w:t>2. Συζητούν πώς θα ήταν η οργάνωση χωρίς ψηφιακά εργαλεία και πώς με αυτά.</w:t>
      </w:r>
      <w:r w:rsidRPr="00F76008">
        <w:rPr>
          <w:lang w:val="el-GR"/>
        </w:rPr>
        <w:br/>
        <w:t>3. Συμπληρώνουν παραδείγματα στο υπολογιστικό φύλλο.</w:t>
      </w:r>
      <w:r w:rsidRPr="00F76008">
        <w:rPr>
          <w:lang w:val="el-GR"/>
        </w:rPr>
        <w:br/>
        <w:t xml:space="preserve">4. Βλέπουν την απεικόνιση στη </w:t>
      </w:r>
      <w:r>
        <w:t>web</w:t>
      </w:r>
      <w:r w:rsidRPr="00F76008">
        <w:rPr>
          <w:lang w:val="el-GR"/>
        </w:rPr>
        <w:t xml:space="preserve"> σελίδα (μαθητές – καθηγητές – </w:t>
      </w:r>
      <w:r>
        <w:t>admin</w:t>
      </w:r>
      <w:r w:rsidRPr="00F76008">
        <w:rPr>
          <w:lang w:val="el-GR"/>
        </w:rPr>
        <w:t>).</w:t>
      </w:r>
      <w:r w:rsidRPr="00F76008">
        <w:rPr>
          <w:lang w:val="el-GR"/>
        </w:rPr>
        <w:br/>
      </w:r>
      <w:r w:rsidRPr="00F76008">
        <w:rPr>
          <w:lang w:val="el-GR"/>
        </w:rPr>
        <w:lastRenderedPageBreak/>
        <w:t>5. Συζητούν πιθανά πλεονεκτήματα (διαφάνεια, ακρίβεια, ταχύτητα) και προβλήματα (προσβασιμότητα, ασφάλεια).</w:t>
      </w:r>
      <w:r w:rsidRPr="00F76008">
        <w:rPr>
          <w:lang w:val="el-GR"/>
        </w:rPr>
        <w:br/>
      </w:r>
      <w:r w:rsidRPr="00F76008">
        <w:rPr>
          <w:lang w:val="el-GR"/>
        </w:rPr>
        <w:br/>
        <w:t xml:space="preserve">Η δραστηριότητα ολοκληρώνεται με παρουσίαση των ιδεών των ομάδων και με </w:t>
      </w:r>
      <w:proofErr w:type="spellStart"/>
      <w:r w:rsidRPr="00F76008">
        <w:rPr>
          <w:lang w:val="el-GR"/>
        </w:rPr>
        <w:t>αναστοχασμό</w:t>
      </w:r>
      <w:proofErr w:type="spellEnd"/>
      <w:r w:rsidRPr="00F76008">
        <w:rPr>
          <w:lang w:val="el-GR"/>
        </w:rPr>
        <w:t xml:space="preserve"> για το πώς μια μικρή εφαρμογή μπορεί να βελτιώσει την οργάνωση ενός σχολείου.</w:t>
      </w:r>
    </w:p>
    <w:p w14:paraId="5CFD339B" w14:textId="77777777" w:rsidR="004D563C" w:rsidRPr="00F76008" w:rsidRDefault="004D563C" w:rsidP="004D563C">
      <w:pPr>
        <w:pStyle w:val="21"/>
        <w:rPr>
          <w:lang w:val="el-GR"/>
        </w:rPr>
      </w:pPr>
      <w:r w:rsidRPr="00F76008">
        <w:rPr>
          <w:lang w:val="el-GR"/>
        </w:rPr>
        <w:t>6. Πρόβλεψη Δυσκολιών των Μαθητών</w:t>
      </w:r>
    </w:p>
    <w:p w14:paraId="78B19C45" w14:textId="77777777" w:rsidR="004D563C" w:rsidRPr="00F76008" w:rsidRDefault="004D563C" w:rsidP="004D563C">
      <w:pPr>
        <w:rPr>
          <w:lang w:val="el-GR"/>
        </w:rPr>
      </w:pPr>
      <w:r w:rsidRPr="00F76008">
        <w:rPr>
          <w:lang w:val="el-GR"/>
        </w:rPr>
        <w:t xml:space="preserve">- Δυσκολία κατανόησης της σύνδεσης μεταξύ υπολογιστικού φύλλου και </w:t>
      </w:r>
      <w:r>
        <w:t>web</w:t>
      </w:r>
      <w:r w:rsidRPr="00F76008">
        <w:rPr>
          <w:lang w:val="el-GR"/>
        </w:rPr>
        <w:t xml:space="preserve"> εφαρμογής.</w:t>
      </w:r>
      <w:r w:rsidRPr="00F76008">
        <w:rPr>
          <w:lang w:val="el-GR"/>
        </w:rPr>
        <w:br/>
        <w:t>- Πιθανή σύγχυση σχετικά με το ποια δεδομένα είναι απαραίτητα.</w:t>
      </w:r>
      <w:r w:rsidRPr="00F76008">
        <w:rPr>
          <w:lang w:val="el-GR"/>
        </w:rPr>
        <w:br/>
        <w:t>- Εντυπωσιασμός που οδηγεί σε εκτροπή από τον στόχο (τεχνικές λεπτομέρειες).</w:t>
      </w:r>
    </w:p>
    <w:p w14:paraId="50C4F089" w14:textId="77777777" w:rsidR="004D563C" w:rsidRPr="00F76008" w:rsidRDefault="004D563C" w:rsidP="004D563C">
      <w:pPr>
        <w:pStyle w:val="21"/>
        <w:rPr>
          <w:lang w:val="el-GR"/>
        </w:rPr>
      </w:pPr>
      <w:r w:rsidRPr="00F76008">
        <w:rPr>
          <w:lang w:val="el-GR"/>
        </w:rPr>
        <w:t>7. Υποκείμενη Θεωρία Μάθησης</w:t>
      </w:r>
    </w:p>
    <w:p w14:paraId="2E4CA025" w14:textId="77777777" w:rsidR="004D563C" w:rsidRPr="00F76008" w:rsidRDefault="004D563C" w:rsidP="004D563C">
      <w:pPr>
        <w:rPr>
          <w:lang w:val="el-GR"/>
        </w:rPr>
      </w:pPr>
      <w:r w:rsidRPr="00F76008">
        <w:rPr>
          <w:lang w:val="el-GR"/>
        </w:rPr>
        <w:t>- Κονστρουκτιβισμός: οι μαθητές οικοδομούν γνώση σχεδιάζοντας το δικό τους ψηφιακό εργαλείο.</w:t>
      </w:r>
      <w:r w:rsidRPr="00F76008">
        <w:rPr>
          <w:lang w:val="el-GR"/>
        </w:rPr>
        <w:br/>
        <w:t>- Μάθηση μέσω έργου (</w:t>
      </w:r>
      <w:r>
        <w:t>project</w:t>
      </w:r>
      <w:r w:rsidRPr="00F76008">
        <w:rPr>
          <w:lang w:val="el-GR"/>
        </w:rPr>
        <w:t>-</w:t>
      </w:r>
      <w:r>
        <w:t>based</w:t>
      </w:r>
      <w:r w:rsidRPr="00F76008">
        <w:rPr>
          <w:lang w:val="el-GR"/>
        </w:rPr>
        <w:t xml:space="preserve"> </w:t>
      </w:r>
      <w:r>
        <w:t>learning</w:t>
      </w:r>
      <w:r w:rsidRPr="00F76008">
        <w:rPr>
          <w:lang w:val="el-GR"/>
        </w:rPr>
        <w:t>): ασχολούνται με πραγματικό πρόβλημα.</w:t>
      </w:r>
      <w:r w:rsidRPr="00F76008">
        <w:rPr>
          <w:lang w:val="el-GR"/>
        </w:rPr>
        <w:br/>
        <w:t>- Συνεργατική μάθηση: εργάζονται σε ομάδες για να προτείνουν λύσεις.</w:t>
      </w:r>
    </w:p>
    <w:p w14:paraId="4CA88641" w14:textId="77777777" w:rsidR="004D563C" w:rsidRPr="00F76008" w:rsidRDefault="004D563C" w:rsidP="004D563C">
      <w:pPr>
        <w:pStyle w:val="21"/>
        <w:rPr>
          <w:lang w:val="el-GR"/>
        </w:rPr>
      </w:pPr>
      <w:r w:rsidRPr="00F76008">
        <w:rPr>
          <w:lang w:val="el-GR"/>
        </w:rPr>
        <w:t>8. Διδακτικό Συμβόλαιο</w:t>
      </w:r>
    </w:p>
    <w:p w14:paraId="78334B25" w14:textId="77777777" w:rsidR="004D563C" w:rsidRPr="00F76008" w:rsidRDefault="004D563C" w:rsidP="004D563C">
      <w:pPr>
        <w:rPr>
          <w:lang w:val="el-GR"/>
        </w:rPr>
      </w:pPr>
      <w:r w:rsidRPr="00F76008">
        <w:rPr>
          <w:lang w:val="el-GR"/>
        </w:rPr>
        <w:t>- Συμμετοχή όλων στις ομάδες.</w:t>
      </w:r>
      <w:r w:rsidRPr="00F76008">
        <w:rPr>
          <w:lang w:val="el-GR"/>
        </w:rPr>
        <w:br/>
        <w:t>- Σεβασμός στον χρόνο και στον λόγο κάθε μαθητή.</w:t>
      </w:r>
      <w:r w:rsidRPr="00F76008">
        <w:rPr>
          <w:lang w:val="el-GR"/>
        </w:rPr>
        <w:br/>
        <w:t>- Παρουσίαση αποτελεσμάτων με υπευθυνότητα.</w:t>
      </w:r>
    </w:p>
    <w:p w14:paraId="62D6BAFB" w14:textId="77777777" w:rsidR="004D563C" w:rsidRPr="00F76008" w:rsidRDefault="004D563C" w:rsidP="004D563C">
      <w:pPr>
        <w:pStyle w:val="21"/>
        <w:rPr>
          <w:lang w:val="el-GR"/>
        </w:rPr>
      </w:pPr>
      <w:r w:rsidRPr="00F76008">
        <w:rPr>
          <w:lang w:val="el-GR"/>
        </w:rPr>
        <w:t>9. Οργάνωση της Τάξης</w:t>
      </w:r>
    </w:p>
    <w:p w14:paraId="62D028CA" w14:textId="77777777" w:rsidR="004D563C" w:rsidRPr="00F76008" w:rsidRDefault="004D563C" w:rsidP="004D563C">
      <w:pPr>
        <w:rPr>
          <w:lang w:val="el-GR"/>
        </w:rPr>
      </w:pPr>
      <w:r w:rsidRPr="00F76008">
        <w:rPr>
          <w:lang w:val="el-GR"/>
        </w:rPr>
        <w:t>- Χωρισμός σε 3–4 ομάδες.</w:t>
      </w:r>
      <w:r w:rsidRPr="00F76008">
        <w:rPr>
          <w:lang w:val="el-GR"/>
        </w:rPr>
        <w:br/>
        <w:t>- Εργασία σε Η/Υ εργαστηρίου με πρόσβαση στο διαδίκτυο.</w:t>
      </w:r>
      <w:r w:rsidRPr="00F76008">
        <w:rPr>
          <w:lang w:val="el-GR"/>
        </w:rPr>
        <w:br/>
        <w:t>- Παρουσίαση φύλλου εργασίας στον προβολέα.</w:t>
      </w:r>
    </w:p>
    <w:p w14:paraId="66B9C604" w14:textId="77777777" w:rsidR="004D563C" w:rsidRPr="00F76008" w:rsidRDefault="004D563C" w:rsidP="004D563C">
      <w:pPr>
        <w:pStyle w:val="21"/>
        <w:rPr>
          <w:lang w:val="el-GR"/>
        </w:rPr>
      </w:pPr>
      <w:r w:rsidRPr="00F76008">
        <w:rPr>
          <w:lang w:val="el-GR"/>
        </w:rPr>
        <w:t>10. Φύλλο Εργασίας</w:t>
      </w:r>
    </w:p>
    <w:p w14:paraId="7FEE7239" w14:textId="77777777" w:rsidR="004D563C" w:rsidRPr="00F76008" w:rsidRDefault="004D563C" w:rsidP="004D563C">
      <w:pPr>
        <w:rPr>
          <w:lang w:val="el-GR"/>
        </w:rPr>
      </w:pPr>
      <w:r w:rsidRPr="00F76008">
        <w:rPr>
          <w:lang w:val="el-GR"/>
        </w:rPr>
        <w:t>Φύλλο Εργασίας – «Οργάνωση Σχολικών Διαγωνισμάτων με Ψηφιακή Εφαρμογή»</w:t>
      </w:r>
      <w:r w:rsidRPr="00F76008">
        <w:rPr>
          <w:lang w:val="el-GR"/>
        </w:rPr>
        <w:br/>
      </w:r>
      <w:r w:rsidRPr="00F76008">
        <w:rPr>
          <w:lang w:val="el-GR"/>
        </w:rPr>
        <w:br/>
        <w:t>Ομάδα: …………………………………………</w:t>
      </w:r>
      <w:r w:rsidRPr="00F76008">
        <w:rPr>
          <w:lang w:val="el-GR"/>
        </w:rPr>
        <w:br/>
      </w:r>
      <w:r w:rsidRPr="00F76008">
        <w:rPr>
          <w:lang w:val="el-GR"/>
        </w:rPr>
        <w:br/>
        <w:t>1. Καταγράψτε ποια δεδομένα θεωρείτε απαραίτητα για τον προγραμματισμό των διαγωνισμάτων (π.χ. ημερομηνία, μάθημα, τμήμα, καθηγητής, αίθουσα).</w:t>
      </w:r>
      <w:r w:rsidRPr="00F76008">
        <w:rPr>
          <w:lang w:val="el-GR"/>
        </w:rPr>
        <w:br/>
      </w:r>
      <w:r w:rsidRPr="00F76008">
        <w:rPr>
          <w:lang w:val="el-GR"/>
        </w:rPr>
        <w:br/>
      </w:r>
      <w:r>
        <w:t xml:space="preserve">2. </w:t>
      </w:r>
      <w:proofErr w:type="spellStart"/>
      <w:r>
        <w:t>Συμ</w:t>
      </w:r>
      <w:proofErr w:type="spellEnd"/>
      <w:r>
        <w:t xml:space="preserve">πληρώστε </w:t>
      </w:r>
      <w:proofErr w:type="spellStart"/>
      <w:r>
        <w:t>τον</w:t>
      </w:r>
      <w:proofErr w:type="spellEnd"/>
      <w:r>
        <w:t xml:space="preserve"> π</w:t>
      </w:r>
      <w:proofErr w:type="spellStart"/>
      <w:r>
        <w:t>ίν</w:t>
      </w:r>
      <w:proofErr w:type="spellEnd"/>
      <w:r>
        <w:t xml:space="preserve">ακα </w:t>
      </w:r>
      <w:proofErr w:type="spellStart"/>
      <w:r>
        <w:t>με</w:t>
      </w:r>
      <w:proofErr w:type="spellEnd"/>
      <w:r>
        <w:t xml:space="preserve"> </w:t>
      </w:r>
      <w:proofErr w:type="spellStart"/>
      <w:r>
        <w:t>έν</w:t>
      </w:r>
      <w:proofErr w:type="spellEnd"/>
      <w:r>
        <w:t>α πα</w:t>
      </w:r>
      <w:proofErr w:type="spellStart"/>
      <w:r>
        <w:t>ράδειγμ</w:t>
      </w:r>
      <w:proofErr w:type="spellEnd"/>
      <w:r>
        <w:t>α π</w:t>
      </w:r>
      <w:proofErr w:type="spellStart"/>
      <w:r>
        <w:t>ρογράμμ</w:t>
      </w:r>
      <w:proofErr w:type="spellEnd"/>
      <w:r>
        <w:t xml:space="preserve">ατος </w:t>
      </w:r>
      <w:proofErr w:type="spellStart"/>
      <w:r>
        <w:t>δι</w:t>
      </w:r>
      <w:proofErr w:type="spellEnd"/>
      <w:r>
        <w:t>αγωνισμάτων: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8"/>
        <w:gridCol w:w="1728"/>
        <w:gridCol w:w="1728"/>
        <w:gridCol w:w="1728"/>
        <w:gridCol w:w="1728"/>
      </w:tblGrid>
      <w:tr w:rsidR="004D563C" w14:paraId="54BC6BAE" w14:textId="77777777" w:rsidTr="000063EA">
        <w:tc>
          <w:tcPr>
            <w:tcW w:w="1728" w:type="dxa"/>
          </w:tcPr>
          <w:p w14:paraId="79A0EEB0" w14:textId="77777777" w:rsidR="004D563C" w:rsidRDefault="004D563C" w:rsidP="000063EA">
            <w:proofErr w:type="spellStart"/>
            <w:r>
              <w:lastRenderedPageBreak/>
              <w:t>Ημερομηνί</w:t>
            </w:r>
            <w:proofErr w:type="spellEnd"/>
            <w:r>
              <w:t>α</w:t>
            </w:r>
          </w:p>
        </w:tc>
        <w:tc>
          <w:tcPr>
            <w:tcW w:w="1728" w:type="dxa"/>
          </w:tcPr>
          <w:p w14:paraId="2DF1CB0D" w14:textId="77777777" w:rsidR="004D563C" w:rsidRDefault="004D563C" w:rsidP="000063EA">
            <w:proofErr w:type="spellStart"/>
            <w:r>
              <w:t>Μάθημ</w:t>
            </w:r>
            <w:proofErr w:type="spellEnd"/>
            <w:r>
              <w:t>α</w:t>
            </w:r>
          </w:p>
        </w:tc>
        <w:tc>
          <w:tcPr>
            <w:tcW w:w="1728" w:type="dxa"/>
          </w:tcPr>
          <w:p w14:paraId="300787F7" w14:textId="77777777" w:rsidR="004D563C" w:rsidRDefault="004D563C" w:rsidP="000063EA">
            <w:proofErr w:type="spellStart"/>
            <w:r>
              <w:t>Τμήμ</w:t>
            </w:r>
            <w:proofErr w:type="spellEnd"/>
            <w:r>
              <w:t>α</w:t>
            </w:r>
          </w:p>
        </w:tc>
        <w:tc>
          <w:tcPr>
            <w:tcW w:w="1728" w:type="dxa"/>
          </w:tcPr>
          <w:p w14:paraId="2BF7EB32" w14:textId="77777777" w:rsidR="004D563C" w:rsidRDefault="004D563C" w:rsidP="000063EA">
            <w:r>
              <w:t>Κα</w:t>
            </w:r>
            <w:proofErr w:type="spellStart"/>
            <w:r>
              <w:t>θηγητής</w:t>
            </w:r>
            <w:proofErr w:type="spellEnd"/>
          </w:p>
        </w:tc>
        <w:tc>
          <w:tcPr>
            <w:tcW w:w="1728" w:type="dxa"/>
          </w:tcPr>
          <w:p w14:paraId="6106962F" w14:textId="77777777" w:rsidR="004D563C" w:rsidRDefault="004D563C" w:rsidP="000063EA">
            <w:proofErr w:type="spellStart"/>
            <w:r>
              <w:t>Αίθουσ</w:t>
            </w:r>
            <w:proofErr w:type="spellEnd"/>
            <w:r>
              <w:t>α</w:t>
            </w:r>
          </w:p>
        </w:tc>
      </w:tr>
      <w:tr w:rsidR="004D563C" w14:paraId="1EA4A32C" w14:textId="77777777" w:rsidTr="000063EA">
        <w:tc>
          <w:tcPr>
            <w:tcW w:w="1728" w:type="dxa"/>
          </w:tcPr>
          <w:p w14:paraId="5B7BCD8C" w14:textId="77777777" w:rsidR="004D563C" w:rsidRDefault="004D563C" w:rsidP="000063EA"/>
        </w:tc>
        <w:tc>
          <w:tcPr>
            <w:tcW w:w="1728" w:type="dxa"/>
          </w:tcPr>
          <w:p w14:paraId="37895DCF" w14:textId="77777777" w:rsidR="004D563C" w:rsidRDefault="004D563C" w:rsidP="000063EA"/>
        </w:tc>
        <w:tc>
          <w:tcPr>
            <w:tcW w:w="1728" w:type="dxa"/>
          </w:tcPr>
          <w:p w14:paraId="2BE0A1E5" w14:textId="77777777" w:rsidR="004D563C" w:rsidRDefault="004D563C" w:rsidP="000063EA"/>
        </w:tc>
        <w:tc>
          <w:tcPr>
            <w:tcW w:w="1728" w:type="dxa"/>
          </w:tcPr>
          <w:p w14:paraId="63AFA3E8" w14:textId="77777777" w:rsidR="004D563C" w:rsidRDefault="004D563C" w:rsidP="000063EA"/>
        </w:tc>
        <w:tc>
          <w:tcPr>
            <w:tcW w:w="1728" w:type="dxa"/>
          </w:tcPr>
          <w:p w14:paraId="642FF3B0" w14:textId="77777777" w:rsidR="004D563C" w:rsidRDefault="004D563C" w:rsidP="000063EA"/>
        </w:tc>
      </w:tr>
      <w:tr w:rsidR="004D563C" w14:paraId="7C1CD292" w14:textId="77777777" w:rsidTr="000063EA">
        <w:tc>
          <w:tcPr>
            <w:tcW w:w="1728" w:type="dxa"/>
          </w:tcPr>
          <w:p w14:paraId="2D14889B" w14:textId="77777777" w:rsidR="004D563C" w:rsidRDefault="004D563C" w:rsidP="000063EA"/>
        </w:tc>
        <w:tc>
          <w:tcPr>
            <w:tcW w:w="1728" w:type="dxa"/>
          </w:tcPr>
          <w:p w14:paraId="07C96FF0" w14:textId="77777777" w:rsidR="004D563C" w:rsidRDefault="004D563C" w:rsidP="000063EA"/>
        </w:tc>
        <w:tc>
          <w:tcPr>
            <w:tcW w:w="1728" w:type="dxa"/>
          </w:tcPr>
          <w:p w14:paraId="55D8048E" w14:textId="77777777" w:rsidR="004D563C" w:rsidRDefault="004D563C" w:rsidP="000063EA"/>
        </w:tc>
        <w:tc>
          <w:tcPr>
            <w:tcW w:w="1728" w:type="dxa"/>
          </w:tcPr>
          <w:p w14:paraId="5B33A888" w14:textId="77777777" w:rsidR="004D563C" w:rsidRDefault="004D563C" w:rsidP="000063EA"/>
        </w:tc>
        <w:tc>
          <w:tcPr>
            <w:tcW w:w="1728" w:type="dxa"/>
          </w:tcPr>
          <w:p w14:paraId="67D5474A" w14:textId="77777777" w:rsidR="004D563C" w:rsidRDefault="004D563C" w:rsidP="000063EA"/>
        </w:tc>
      </w:tr>
      <w:tr w:rsidR="004D563C" w14:paraId="43EAC3FF" w14:textId="77777777" w:rsidTr="000063EA">
        <w:tc>
          <w:tcPr>
            <w:tcW w:w="1728" w:type="dxa"/>
          </w:tcPr>
          <w:p w14:paraId="78C7326E" w14:textId="77777777" w:rsidR="004D563C" w:rsidRDefault="004D563C" w:rsidP="000063EA"/>
        </w:tc>
        <w:tc>
          <w:tcPr>
            <w:tcW w:w="1728" w:type="dxa"/>
          </w:tcPr>
          <w:p w14:paraId="0CE6AEDC" w14:textId="77777777" w:rsidR="004D563C" w:rsidRDefault="004D563C" w:rsidP="000063EA"/>
        </w:tc>
        <w:tc>
          <w:tcPr>
            <w:tcW w:w="1728" w:type="dxa"/>
          </w:tcPr>
          <w:p w14:paraId="08CEDC02" w14:textId="77777777" w:rsidR="004D563C" w:rsidRDefault="004D563C" w:rsidP="000063EA"/>
        </w:tc>
        <w:tc>
          <w:tcPr>
            <w:tcW w:w="1728" w:type="dxa"/>
          </w:tcPr>
          <w:p w14:paraId="02DAE10B" w14:textId="77777777" w:rsidR="004D563C" w:rsidRDefault="004D563C" w:rsidP="000063EA"/>
        </w:tc>
        <w:tc>
          <w:tcPr>
            <w:tcW w:w="1728" w:type="dxa"/>
          </w:tcPr>
          <w:p w14:paraId="21F80BD6" w14:textId="77777777" w:rsidR="004D563C" w:rsidRDefault="004D563C" w:rsidP="000063EA"/>
        </w:tc>
      </w:tr>
      <w:tr w:rsidR="004D563C" w14:paraId="7FA9AD86" w14:textId="77777777" w:rsidTr="000063EA">
        <w:tc>
          <w:tcPr>
            <w:tcW w:w="1728" w:type="dxa"/>
          </w:tcPr>
          <w:p w14:paraId="206DE169" w14:textId="77777777" w:rsidR="004D563C" w:rsidRDefault="004D563C" w:rsidP="000063EA"/>
        </w:tc>
        <w:tc>
          <w:tcPr>
            <w:tcW w:w="1728" w:type="dxa"/>
          </w:tcPr>
          <w:p w14:paraId="326D2F78" w14:textId="77777777" w:rsidR="004D563C" w:rsidRDefault="004D563C" w:rsidP="000063EA"/>
        </w:tc>
        <w:tc>
          <w:tcPr>
            <w:tcW w:w="1728" w:type="dxa"/>
          </w:tcPr>
          <w:p w14:paraId="21C2DC85" w14:textId="77777777" w:rsidR="004D563C" w:rsidRDefault="004D563C" w:rsidP="000063EA"/>
        </w:tc>
        <w:tc>
          <w:tcPr>
            <w:tcW w:w="1728" w:type="dxa"/>
          </w:tcPr>
          <w:p w14:paraId="4B92B08F" w14:textId="77777777" w:rsidR="004D563C" w:rsidRDefault="004D563C" w:rsidP="000063EA"/>
        </w:tc>
        <w:tc>
          <w:tcPr>
            <w:tcW w:w="1728" w:type="dxa"/>
          </w:tcPr>
          <w:p w14:paraId="558C3A69" w14:textId="77777777" w:rsidR="004D563C" w:rsidRDefault="004D563C" w:rsidP="000063EA"/>
        </w:tc>
      </w:tr>
      <w:tr w:rsidR="004D563C" w14:paraId="02598F12" w14:textId="77777777" w:rsidTr="000063EA">
        <w:tc>
          <w:tcPr>
            <w:tcW w:w="1728" w:type="dxa"/>
          </w:tcPr>
          <w:p w14:paraId="2B72F6A6" w14:textId="77777777" w:rsidR="004D563C" w:rsidRDefault="004D563C" w:rsidP="000063EA"/>
        </w:tc>
        <w:tc>
          <w:tcPr>
            <w:tcW w:w="1728" w:type="dxa"/>
          </w:tcPr>
          <w:p w14:paraId="746D19A4" w14:textId="77777777" w:rsidR="004D563C" w:rsidRDefault="004D563C" w:rsidP="000063EA"/>
        </w:tc>
        <w:tc>
          <w:tcPr>
            <w:tcW w:w="1728" w:type="dxa"/>
          </w:tcPr>
          <w:p w14:paraId="187D9288" w14:textId="77777777" w:rsidR="004D563C" w:rsidRDefault="004D563C" w:rsidP="000063EA"/>
        </w:tc>
        <w:tc>
          <w:tcPr>
            <w:tcW w:w="1728" w:type="dxa"/>
          </w:tcPr>
          <w:p w14:paraId="246B18E4" w14:textId="77777777" w:rsidR="004D563C" w:rsidRDefault="004D563C" w:rsidP="000063EA"/>
        </w:tc>
        <w:tc>
          <w:tcPr>
            <w:tcW w:w="1728" w:type="dxa"/>
          </w:tcPr>
          <w:p w14:paraId="3BA6A01F" w14:textId="77777777" w:rsidR="004D563C" w:rsidRDefault="004D563C" w:rsidP="000063EA"/>
        </w:tc>
      </w:tr>
    </w:tbl>
    <w:p w14:paraId="40D255CB" w14:textId="77777777" w:rsidR="004D563C" w:rsidRPr="00F76008" w:rsidRDefault="004D563C" w:rsidP="004D563C">
      <w:pPr>
        <w:rPr>
          <w:lang w:val="el-GR"/>
        </w:rPr>
      </w:pPr>
      <w:r w:rsidRPr="00F76008">
        <w:rPr>
          <w:lang w:val="el-GR"/>
        </w:rPr>
        <w:br/>
      </w:r>
      <w:r w:rsidRPr="00F76008">
        <w:rPr>
          <w:lang w:val="el-GR"/>
        </w:rPr>
        <w:br/>
        <w:t>3. Συζητήστε: Ποια πλεονεκτήματα έχει η χρήση ψηφιακού εργαλείου; Ποια προβλήματα μπορεί να προκύψουν;</w:t>
      </w:r>
      <w:r w:rsidRPr="00F76008">
        <w:rPr>
          <w:lang w:val="el-GR"/>
        </w:rPr>
        <w:br/>
      </w:r>
      <w:r w:rsidRPr="00F76008">
        <w:rPr>
          <w:lang w:val="el-GR"/>
        </w:rPr>
        <w:br/>
        <w:t>4. Προτείνετε 1 βελτίωση για το εργαλείο (π.χ. ειδοποιήσεις, γραφήματα, αναφορές).</w:t>
      </w:r>
      <w:r w:rsidRPr="00F76008">
        <w:rPr>
          <w:lang w:val="el-GR"/>
        </w:rPr>
        <w:br/>
      </w:r>
      <w:r w:rsidRPr="00F76008">
        <w:rPr>
          <w:lang w:val="el-GR"/>
        </w:rPr>
        <w:br/>
      </w:r>
      <w:r>
        <w:t>👉</w:t>
      </w:r>
      <w:r w:rsidRPr="00F76008">
        <w:rPr>
          <w:lang w:val="el-GR"/>
        </w:rPr>
        <w:t xml:space="preserve"> Στο τέλος, κάθε ομάδα παρουσιάζει τον πίνακά της και τις προτάσεις της.</w:t>
      </w:r>
    </w:p>
    <w:p w14:paraId="3C5B924C" w14:textId="0EEAED8F" w:rsidR="009B7B8D" w:rsidRPr="004D563C" w:rsidRDefault="009B7B8D" w:rsidP="004D563C">
      <w:pPr>
        <w:rPr>
          <w:lang w:val="el-GR"/>
        </w:rPr>
      </w:pPr>
    </w:p>
    <w:sectPr w:rsidR="009B7B8D" w:rsidRPr="004D5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643856614">
    <w:abstractNumId w:val="8"/>
  </w:num>
  <w:num w:numId="2" w16cid:durableId="103113167">
    <w:abstractNumId w:val="6"/>
  </w:num>
  <w:num w:numId="3" w16cid:durableId="694424713">
    <w:abstractNumId w:val="5"/>
  </w:num>
  <w:num w:numId="4" w16cid:durableId="1983926923">
    <w:abstractNumId w:val="4"/>
  </w:num>
  <w:num w:numId="5" w16cid:durableId="736707864">
    <w:abstractNumId w:val="7"/>
  </w:num>
  <w:num w:numId="6" w16cid:durableId="1574587569">
    <w:abstractNumId w:val="3"/>
  </w:num>
  <w:num w:numId="7" w16cid:durableId="1889489510">
    <w:abstractNumId w:val="2"/>
  </w:num>
  <w:num w:numId="8" w16cid:durableId="1177502501">
    <w:abstractNumId w:val="1"/>
  </w:num>
  <w:num w:numId="9" w16cid:durableId="11472832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517D4"/>
    <w:rsid w:val="0029639D"/>
    <w:rsid w:val="00326F90"/>
    <w:rsid w:val="003C0581"/>
    <w:rsid w:val="004D563C"/>
    <w:rsid w:val="009B7B8D"/>
    <w:rsid w:val="00AA1D8D"/>
    <w:rsid w:val="00B47730"/>
    <w:rsid w:val="00CB0664"/>
    <w:rsid w:val="00D365F6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3339FD5"/>
  <w14:defaultImageDpi w14:val="300"/>
  <w15:docId w15:val="{F643EDC2-2A37-4D2D-99CA-7AF951590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  <w:rPr>
      <w:rFonts w:ascii="Calibri" w:hAnsi="Calibri"/>
      <w:sz w:val="24"/>
    </w:rPr>
  </w:style>
  <w:style w:type="paragraph" w:styleId="1">
    <w:name w:val="heading 1"/>
    <w:basedOn w:val="a1"/>
    <w:next w:val="a1"/>
    <w:link w:val="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Κεφαλίδα Char"/>
    <w:basedOn w:val="a2"/>
    <w:link w:val="a5"/>
    <w:uiPriority w:val="99"/>
    <w:rsid w:val="00E618BF"/>
  </w:style>
  <w:style w:type="paragraph" w:styleId="a6">
    <w:name w:val="footer"/>
    <w:basedOn w:val="a1"/>
    <w:link w:val="Char0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Υποσέλιδο Char"/>
    <w:basedOn w:val="a2"/>
    <w:link w:val="a6"/>
    <w:uiPriority w:val="99"/>
    <w:rsid w:val="00E618BF"/>
  </w:style>
  <w:style w:type="paragraph" w:styleId="a7">
    <w:name w:val="No Spacing"/>
    <w:uiPriority w:val="1"/>
    <w:qFormat/>
    <w:rsid w:val="00FC693F"/>
    <w:pPr>
      <w:spacing w:after="0" w:line="240" w:lineRule="auto"/>
    </w:pPr>
  </w:style>
  <w:style w:type="character" w:customStyle="1" w:styleId="1Char">
    <w:name w:val="Επικεφαλίδα 1 Char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Επικεφαλίδα 2 Char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Επικεφαλίδα 3 Char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8">
    <w:name w:val="Title"/>
    <w:basedOn w:val="a1"/>
    <w:next w:val="a1"/>
    <w:link w:val="Char1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1">
    <w:name w:val="Τίτλος Char"/>
    <w:basedOn w:val="a2"/>
    <w:link w:val="a8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9">
    <w:name w:val="Subtitle"/>
    <w:basedOn w:val="a1"/>
    <w:next w:val="a1"/>
    <w:link w:val="Char2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Char2">
    <w:name w:val="Υπότιτλος Char"/>
    <w:basedOn w:val="a2"/>
    <w:link w:val="a9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a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b">
    <w:name w:val="Body Text"/>
    <w:basedOn w:val="a1"/>
    <w:link w:val="Char3"/>
    <w:uiPriority w:val="99"/>
    <w:unhideWhenUsed/>
    <w:rsid w:val="00AA1D8D"/>
    <w:pPr>
      <w:spacing w:after="120"/>
    </w:pPr>
  </w:style>
  <w:style w:type="character" w:customStyle="1" w:styleId="Char3">
    <w:name w:val="Σώμα κειμένου Char"/>
    <w:basedOn w:val="a2"/>
    <w:link w:val="ab"/>
    <w:uiPriority w:val="99"/>
    <w:rsid w:val="00AA1D8D"/>
  </w:style>
  <w:style w:type="paragraph" w:styleId="22">
    <w:name w:val="Body Text 2"/>
    <w:basedOn w:val="a1"/>
    <w:link w:val="2Char0"/>
    <w:uiPriority w:val="99"/>
    <w:unhideWhenUsed/>
    <w:rsid w:val="00AA1D8D"/>
    <w:pPr>
      <w:spacing w:after="120" w:line="480" w:lineRule="auto"/>
    </w:pPr>
  </w:style>
  <w:style w:type="character" w:customStyle="1" w:styleId="2Char0">
    <w:name w:val="Σώμα κείμενου 2 Char"/>
    <w:basedOn w:val="a2"/>
    <w:link w:val="22"/>
    <w:uiPriority w:val="99"/>
    <w:rsid w:val="00AA1D8D"/>
  </w:style>
  <w:style w:type="paragraph" w:styleId="32">
    <w:name w:val="Body Text 3"/>
    <w:basedOn w:val="a1"/>
    <w:link w:val="3Char0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2"/>
    <w:link w:val="32"/>
    <w:uiPriority w:val="99"/>
    <w:rsid w:val="00AA1D8D"/>
    <w:rPr>
      <w:sz w:val="16"/>
      <w:szCs w:val="16"/>
    </w:rPr>
  </w:style>
  <w:style w:type="paragraph" w:styleId="ac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3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3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d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4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4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e">
    <w:name w:val="macro"/>
    <w:link w:val="Char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Char4">
    <w:name w:val="Κείμενο μακροεντολής Char"/>
    <w:basedOn w:val="a2"/>
    <w:link w:val="ae"/>
    <w:uiPriority w:val="99"/>
    <w:rsid w:val="0029639D"/>
    <w:rPr>
      <w:rFonts w:ascii="Courier" w:hAnsi="Courier"/>
      <w:sz w:val="20"/>
      <w:szCs w:val="20"/>
    </w:rPr>
  </w:style>
  <w:style w:type="paragraph" w:styleId="af">
    <w:name w:val="Quote"/>
    <w:basedOn w:val="a1"/>
    <w:next w:val="a1"/>
    <w:link w:val="Char5"/>
    <w:uiPriority w:val="29"/>
    <w:qFormat/>
    <w:rsid w:val="00FC693F"/>
    <w:rPr>
      <w:i/>
      <w:iCs/>
      <w:color w:val="000000" w:themeColor="text1"/>
    </w:rPr>
  </w:style>
  <w:style w:type="character" w:customStyle="1" w:styleId="Char5">
    <w:name w:val="Απόσπασμα Char"/>
    <w:basedOn w:val="a2"/>
    <w:link w:val="af"/>
    <w:uiPriority w:val="29"/>
    <w:rsid w:val="00FC693F"/>
    <w:rPr>
      <w:i/>
      <w:iCs/>
      <w:color w:val="000000" w:themeColor="text1"/>
    </w:rPr>
  </w:style>
  <w:style w:type="character" w:customStyle="1" w:styleId="4Char">
    <w:name w:val="Επικεφαλίδα 4 Char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Επικεφαλίδα 5 Char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Char">
    <w:name w:val="Επικεφαλίδα 6 Char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Char">
    <w:name w:val="Επικεφαλίδα 7 Char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Επικεφαλίδα 8 Char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Char">
    <w:name w:val="Επικεφαλίδα 9 Char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0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1">
    <w:name w:val="Strong"/>
    <w:basedOn w:val="a2"/>
    <w:uiPriority w:val="22"/>
    <w:qFormat/>
    <w:rsid w:val="00FC693F"/>
    <w:rPr>
      <w:b/>
      <w:bCs/>
    </w:rPr>
  </w:style>
  <w:style w:type="character" w:styleId="af2">
    <w:name w:val="Emphasis"/>
    <w:basedOn w:val="a2"/>
    <w:uiPriority w:val="20"/>
    <w:qFormat/>
    <w:rsid w:val="00FC693F"/>
    <w:rPr>
      <w:i/>
      <w:iCs/>
    </w:rPr>
  </w:style>
  <w:style w:type="paragraph" w:styleId="af3">
    <w:name w:val="Intense Quote"/>
    <w:basedOn w:val="a1"/>
    <w:next w:val="a1"/>
    <w:link w:val="Char6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6">
    <w:name w:val="Έντονο απόσπ. Char"/>
    <w:basedOn w:val="a2"/>
    <w:link w:val="af3"/>
    <w:uiPriority w:val="30"/>
    <w:rsid w:val="00FC693F"/>
    <w:rPr>
      <w:b/>
      <w:bCs/>
      <w:i/>
      <w:iCs/>
      <w:color w:val="4F81BD" w:themeColor="accent1"/>
    </w:rPr>
  </w:style>
  <w:style w:type="character" w:styleId="af4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5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6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7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8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9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a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b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c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d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0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5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1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6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2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7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5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e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0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1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518</Words>
  <Characters>2798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3310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Marios Aggelides</cp:lastModifiedBy>
  <cp:revision>4</cp:revision>
  <dcterms:created xsi:type="dcterms:W3CDTF">2013-12-23T23:15:00Z</dcterms:created>
  <dcterms:modified xsi:type="dcterms:W3CDTF">2025-10-28T09:30:00Z</dcterms:modified>
  <cp:category/>
</cp:coreProperties>
</file>