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8ADCF4" w14:textId="77777777" w:rsidR="00811146" w:rsidRPr="003819EF" w:rsidRDefault="00811146" w:rsidP="00811146">
      <w:pPr>
        <w:pStyle w:val="1"/>
        <w:rPr>
          <w:lang w:val="el-GR"/>
        </w:rPr>
      </w:pPr>
      <w:r w:rsidRPr="003819EF">
        <w:rPr>
          <w:lang w:val="el-GR"/>
        </w:rPr>
        <w:t>Συνοπτική Περιγραφή Σεναρίου Εφαρμογής στην Τάξη</w:t>
      </w:r>
    </w:p>
    <w:p w14:paraId="4B4B665D" w14:textId="77777777" w:rsidR="00811146" w:rsidRPr="003819EF" w:rsidRDefault="00811146" w:rsidP="00811146">
      <w:pPr>
        <w:pStyle w:val="21"/>
        <w:rPr>
          <w:lang w:val="el-GR"/>
        </w:rPr>
      </w:pPr>
      <w:r w:rsidRPr="003819EF">
        <w:rPr>
          <w:lang w:val="el-GR"/>
        </w:rPr>
        <w:t>1. Τίτλος</w:t>
      </w:r>
    </w:p>
    <w:p w14:paraId="26A2E2F1" w14:textId="77777777" w:rsidR="00811146" w:rsidRPr="003819EF" w:rsidRDefault="00811146" w:rsidP="00811146">
      <w:pPr>
        <w:rPr>
          <w:lang w:val="el-GR"/>
        </w:rPr>
      </w:pPr>
      <w:r w:rsidRPr="003819EF">
        <w:rPr>
          <w:lang w:val="el-GR"/>
        </w:rPr>
        <w:t>Δίκτυα Υπολογιστών: Πώς συνδέεται το σχολείο και το σπίτι μας στο διαδίκτυο</w:t>
      </w:r>
    </w:p>
    <w:p w14:paraId="51E8F345" w14:textId="77777777" w:rsidR="00811146" w:rsidRPr="003819EF" w:rsidRDefault="00811146" w:rsidP="00811146">
      <w:pPr>
        <w:pStyle w:val="21"/>
        <w:rPr>
          <w:lang w:val="el-GR"/>
        </w:rPr>
      </w:pPr>
      <w:r w:rsidRPr="003819EF">
        <w:rPr>
          <w:lang w:val="el-GR"/>
        </w:rPr>
        <w:t>2. Γνωστικό Αντικείμενο – Ένταξη στο Πρόγραμμα Σπουδών</w:t>
      </w:r>
    </w:p>
    <w:p w14:paraId="70C96EFC" w14:textId="77777777" w:rsidR="00811146" w:rsidRPr="003819EF" w:rsidRDefault="00811146" w:rsidP="00811146">
      <w:pPr>
        <w:rPr>
          <w:lang w:val="el-GR"/>
        </w:rPr>
      </w:pPr>
      <w:r w:rsidRPr="003819EF">
        <w:rPr>
          <w:lang w:val="el-GR"/>
        </w:rPr>
        <w:t>Μάθημα: Πληροφορική</w:t>
      </w:r>
      <w:r w:rsidRPr="003819EF">
        <w:rPr>
          <w:lang w:val="el-GR"/>
        </w:rPr>
        <w:br/>
        <w:t>Τάξη: Α΄ Λυκείου (Γενικό Λύκειο)</w:t>
      </w:r>
      <w:r w:rsidRPr="003819EF">
        <w:rPr>
          <w:lang w:val="el-GR"/>
        </w:rPr>
        <w:br/>
        <w:t>Βαθμίδα: Δευτεροβάθμια Εκπαίδευση</w:t>
      </w:r>
      <w:r w:rsidRPr="003819EF">
        <w:rPr>
          <w:lang w:val="el-GR"/>
        </w:rPr>
        <w:br/>
        <w:t xml:space="preserve">Ενότητα ΠΣ: Υπολογιστικά Συστήματα και Δίκτυα – Δίκτυα επικοινωνίας, </w:t>
      </w:r>
      <w:r>
        <w:t>Internet</w:t>
      </w:r>
      <w:r w:rsidRPr="003819EF">
        <w:rPr>
          <w:lang w:val="el-GR"/>
        </w:rPr>
        <w:t>, Κοινωνικές και ηθικές διαστάσεις.</w:t>
      </w:r>
    </w:p>
    <w:p w14:paraId="7AB3C057" w14:textId="77777777" w:rsidR="00811146" w:rsidRPr="003819EF" w:rsidRDefault="00811146" w:rsidP="00811146">
      <w:pPr>
        <w:pStyle w:val="21"/>
        <w:rPr>
          <w:lang w:val="el-GR"/>
        </w:rPr>
      </w:pPr>
      <w:r w:rsidRPr="003819EF">
        <w:rPr>
          <w:lang w:val="el-GR"/>
        </w:rPr>
        <w:t>3. Διάρκεια Εφαρμογής Σεναρίου</w:t>
      </w:r>
    </w:p>
    <w:p w14:paraId="5CE6C11D" w14:textId="77777777" w:rsidR="00811146" w:rsidRPr="003819EF" w:rsidRDefault="00811146" w:rsidP="00811146">
      <w:pPr>
        <w:rPr>
          <w:lang w:val="el-GR"/>
        </w:rPr>
      </w:pPr>
      <w:r w:rsidRPr="003819EF">
        <w:rPr>
          <w:lang w:val="el-GR"/>
        </w:rPr>
        <w:t>1 διδακτική ώρα (45 λεπτά)</w:t>
      </w:r>
    </w:p>
    <w:p w14:paraId="1B8B6AF3" w14:textId="77777777" w:rsidR="00811146" w:rsidRPr="003819EF" w:rsidRDefault="00811146" w:rsidP="00811146">
      <w:pPr>
        <w:pStyle w:val="21"/>
        <w:rPr>
          <w:lang w:val="el-GR"/>
        </w:rPr>
      </w:pPr>
      <w:r w:rsidRPr="003819EF">
        <w:rPr>
          <w:lang w:val="el-GR"/>
        </w:rPr>
        <w:t>4. Στόχοι</w:t>
      </w:r>
    </w:p>
    <w:p w14:paraId="4E92B7F4" w14:textId="77777777" w:rsidR="00811146" w:rsidRPr="003819EF" w:rsidRDefault="00811146" w:rsidP="00811146">
      <w:pPr>
        <w:rPr>
          <w:lang w:val="el-GR"/>
        </w:rPr>
      </w:pPr>
      <w:r w:rsidRPr="003819EF">
        <w:rPr>
          <w:lang w:val="el-GR"/>
        </w:rPr>
        <w:t>- Να κατανοήσουν οι μαθητές τη βασική δομή ενός τοπικού δικτύου (</w:t>
      </w:r>
      <w:r>
        <w:t>LAN</w:t>
      </w:r>
      <w:r w:rsidRPr="003819EF">
        <w:rPr>
          <w:lang w:val="el-GR"/>
        </w:rPr>
        <w:t>).</w:t>
      </w:r>
      <w:r w:rsidRPr="003819EF">
        <w:rPr>
          <w:lang w:val="el-GR"/>
        </w:rPr>
        <w:br/>
        <w:t>- Να αναγνωρίζουν τη λειτουργία βασικών συσκευών δικτύου (</w:t>
      </w:r>
      <w:r>
        <w:t>switch</w:t>
      </w:r>
      <w:r w:rsidRPr="003819EF">
        <w:rPr>
          <w:lang w:val="el-GR"/>
        </w:rPr>
        <w:t xml:space="preserve">, </w:t>
      </w:r>
      <w:r>
        <w:t>router</w:t>
      </w:r>
      <w:r w:rsidRPr="003819EF">
        <w:rPr>
          <w:lang w:val="el-GR"/>
        </w:rPr>
        <w:t xml:space="preserve">, </w:t>
      </w:r>
      <w:r>
        <w:t>access</w:t>
      </w:r>
      <w:r w:rsidRPr="003819EF">
        <w:rPr>
          <w:lang w:val="el-GR"/>
        </w:rPr>
        <w:t xml:space="preserve"> </w:t>
      </w:r>
      <w:r>
        <w:t>point</w:t>
      </w:r>
      <w:r w:rsidRPr="003819EF">
        <w:rPr>
          <w:lang w:val="el-GR"/>
        </w:rPr>
        <w:t>).</w:t>
      </w:r>
      <w:r w:rsidRPr="003819EF">
        <w:rPr>
          <w:lang w:val="el-GR"/>
        </w:rPr>
        <w:br/>
        <w:t>- Να μπορούν να σχεδιάζουν και να περιγράφουν το δίκτυο του σχολείου ή του σπιτιού τους.</w:t>
      </w:r>
      <w:r w:rsidRPr="003819EF">
        <w:rPr>
          <w:lang w:val="el-GR"/>
        </w:rPr>
        <w:br/>
        <w:t>- Να συζητήσουν τα πλεονεκτήματα και τις δυσκολίες που προκύπτουν από τη συνδεσιμότητα.</w:t>
      </w:r>
    </w:p>
    <w:p w14:paraId="6DA7F703" w14:textId="77777777" w:rsidR="00811146" w:rsidRPr="003819EF" w:rsidRDefault="00811146" w:rsidP="00811146">
      <w:pPr>
        <w:pStyle w:val="21"/>
        <w:rPr>
          <w:lang w:val="el-GR"/>
        </w:rPr>
      </w:pPr>
      <w:r w:rsidRPr="003819EF">
        <w:rPr>
          <w:lang w:val="el-GR"/>
        </w:rPr>
        <w:t>5. Περιγραφή</w:t>
      </w:r>
    </w:p>
    <w:p w14:paraId="5FBC1317" w14:textId="77777777" w:rsidR="00811146" w:rsidRDefault="00811146" w:rsidP="00811146">
      <w:pPr>
        <w:rPr>
          <w:lang w:val="el-GR"/>
        </w:rPr>
      </w:pPr>
      <w:r w:rsidRPr="003819EF">
        <w:rPr>
          <w:lang w:val="el-GR"/>
        </w:rPr>
        <w:t>Η διδασκαλία ξεκινά με ερώτημα διερεύνησης: «Πώς καταφέρνουμε και συνδεόμαστε όλοι ταυτόχρονα στο διαδίκτυο στο σχολείο ή στο σπίτι;». Ο/Η εκπαιδευτικός παρουσιάζει ένα απλό διάγραμμα (</w:t>
      </w:r>
      <w:r>
        <w:t>PC</w:t>
      </w:r>
      <w:r w:rsidRPr="003819EF">
        <w:rPr>
          <w:lang w:val="el-GR"/>
        </w:rPr>
        <w:t xml:space="preserve"> – </w:t>
      </w:r>
      <w:r>
        <w:t>Switch</w:t>
      </w:r>
      <w:r w:rsidRPr="003819EF">
        <w:rPr>
          <w:lang w:val="el-GR"/>
        </w:rPr>
        <w:t xml:space="preserve"> – </w:t>
      </w:r>
      <w:r>
        <w:t>Router</w:t>
      </w:r>
      <w:r w:rsidRPr="003819EF">
        <w:rPr>
          <w:lang w:val="el-GR"/>
        </w:rPr>
        <w:t xml:space="preserve"> – </w:t>
      </w:r>
      <w:r>
        <w:t>Internet</w:t>
      </w:r>
      <w:r w:rsidRPr="003819EF">
        <w:rPr>
          <w:lang w:val="el-GR"/>
        </w:rPr>
        <w:t>) και ζητά από τους μαθητές να συσχετίσουν τη θεωρία με την εμπειρία τους. Οι μαθητές, χωρισμένοι σε ομάδες, σχεδιάζουν το δίκτυο του σχολείου τους, σημειώνουν τον ρόλο κάθε συσκευής και καταγράφουν πλεονεκτήματα και προβλήματα. Η δραστηριότητα ολοκληρώνεται με παρουσίαση και συζήτηση στην ολομέλεια.</w:t>
      </w:r>
    </w:p>
    <w:p w14:paraId="4D3553DD" w14:textId="77777777" w:rsidR="00811146" w:rsidRPr="00F42802" w:rsidRDefault="00811146" w:rsidP="00811146">
      <w:pPr>
        <w:rPr>
          <w:lang w:val="el-GR"/>
        </w:rPr>
      </w:pPr>
      <w:r w:rsidRPr="00F42802">
        <w:rPr>
          <w:lang w:val="el-GR"/>
        </w:rPr>
        <w:t>Παράδειγμα απεικόνισης σχολικού εργαστηρίου:</w:t>
      </w:r>
    </w:p>
    <w:p w14:paraId="11DF1E74" w14:textId="77777777" w:rsidR="00811146" w:rsidRDefault="00811146" w:rsidP="00811146">
      <w:pPr>
        <w:rPr>
          <w:lang w:val="el-GR"/>
        </w:rPr>
      </w:pPr>
      <w:r>
        <w:rPr>
          <w:noProof/>
        </w:rPr>
        <w:lastRenderedPageBreak/>
        <w:drawing>
          <wp:inline distT="0" distB="0" distL="0" distR="0" wp14:anchorId="61FDD6D5" wp14:editId="6227A529">
            <wp:extent cx="4572000" cy="4572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_digital_illustration_educational_diagram_illustr.png"/>
                    <pic:cNvPicPr/>
                  </pic:nvPicPr>
                  <pic:blipFill>
                    <a:blip r:embed="rId6"/>
                    <a:stretch>
                      <a:fillRect/>
                    </a:stretch>
                  </pic:blipFill>
                  <pic:spPr>
                    <a:xfrm>
                      <a:off x="0" y="0"/>
                      <a:ext cx="4572000" cy="4572000"/>
                    </a:xfrm>
                    <a:prstGeom prst="rect">
                      <a:avLst/>
                    </a:prstGeom>
                  </pic:spPr>
                </pic:pic>
              </a:graphicData>
            </a:graphic>
          </wp:inline>
        </w:drawing>
      </w:r>
    </w:p>
    <w:p w14:paraId="37A00176" w14:textId="77777777" w:rsidR="00811146" w:rsidRPr="003819EF" w:rsidRDefault="00811146" w:rsidP="00811146">
      <w:pPr>
        <w:rPr>
          <w:lang w:val="el-GR"/>
        </w:rPr>
      </w:pPr>
    </w:p>
    <w:p w14:paraId="1064E3FC" w14:textId="77777777" w:rsidR="00811146" w:rsidRPr="003819EF" w:rsidRDefault="00811146" w:rsidP="00811146">
      <w:pPr>
        <w:pStyle w:val="21"/>
        <w:rPr>
          <w:lang w:val="el-GR"/>
        </w:rPr>
      </w:pPr>
      <w:r w:rsidRPr="003819EF">
        <w:rPr>
          <w:lang w:val="el-GR"/>
        </w:rPr>
        <w:t>6. Πρόβλεψη Δυσκολιών των Μαθητών</w:t>
      </w:r>
    </w:p>
    <w:p w14:paraId="098B0567" w14:textId="77777777" w:rsidR="00811146" w:rsidRPr="003819EF" w:rsidRDefault="00811146" w:rsidP="00811146">
      <w:pPr>
        <w:rPr>
          <w:lang w:val="el-GR"/>
        </w:rPr>
      </w:pPr>
      <w:r w:rsidRPr="003819EF">
        <w:rPr>
          <w:lang w:val="el-GR"/>
        </w:rPr>
        <w:t xml:space="preserve">- Δυσκολία διάκρισης μεταξύ </w:t>
      </w:r>
      <w:r>
        <w:t>switch</w:t>
      </w:r>
      <w:r w:rsidRPr="003819EF">
        <w:rPr>
          <w:lang w:val="el-GR"/>
        </w:rPr>
        <w:t xml:space="preserve"> και </w:t>
      </w:r>
      <w:r>
        <w:t>router</w:t>
      </w:r>
      <w:r w:rsidRPr="003819EF">
        <w:rPr>
          <w:lang w:val="el-GR"/>
        </w:rPr>
        <w:t>.</w:t>
      </w:r>
      <w:r w:rsidRPr="003819EF">
        <w:rPr>
          <w:lang w:val="el-GR"/>
        </w:rPr>
        <w:br/>
        <w:t>- Σύγχυση ανάμεσα σε ενσύρματη και ασύρματη σύνδεση.</w:t>
      </w:r>
      <w:r w:rsidRPr="003819EF">
        <w:rPr>
          <w:lang w:val="el-GR"/>
        </w:rPr>
        <w:br/>
        <w:t>- Δυσκολία σύνδεσης του θεωρητικού διαγράμματος με το πραγματικό δίκτυο.</w:t>
      </w:r>
    </w:p>
    <w:p w14:paraId="355B0581" w14:textId="77777777" w:rsidR="00811146" w:rsidRPr="003819EF" w:rsidRDefault="00811146" w:rsidP="00811146">
      <w:pPr>
        <w:pStyle w:val="21"/>
        <w:rPr>
          <w:lang w:val="el-GR"/>
        </w:rPr>
      </w:pPr>
      <w:r w:rsidRPr="003819EF">
        <w:rPr>
          <w:lang w:val="el-GR"/>
        </w:rPr>
        <w:t>7. Υποκείμενη Θεωρία Μάθησης</w:t>
      </w:r>
    </w:p>
    <w:p w14:paraId="7FEEEB78" w14:textId="77777777" w:rsidR="00811146" w:rsidRPr="003819EF" w:rsidRDefault="00811146" w:rsidP="00811146">
      <w:pPr>
        <w:rPr>
          <w:lang w:val="el-GR"/>
        </w:rPr>
      </w:pPr>
      <w:r w:rsidRPr="003819EF">
        <w:rPr>
          <w:lang w:val="el-GR"/>
        </w:rPr>
        <w:t>- Κονστρουκτιβισμός: οι μαθητές οικοδομούν τη γνώση δημιουργώντας το δικό τους διάγραμμα.</w:t>
      </w:r>
      <w:r w:rsidRPr="003819EF">
        <w:rPr>
          <w:lang w:val="el-GR"/>
        </w:rPr>
        <w:br/>
        <w:t>- Μάθηση μέσω παραδειγμάτων: σύνδεση της θεωρίας με την προσωπική εμπειρία.</w:t>
      </w:r>
      <w:r w:rsidRPr="003819EF">
        <w:rPr>
          <w:lang w:val="el-GR"/>
        </w:rPr>
        <w:br/>
        <w:t>- Συνεργατική μάθηση: ομαδική εργασία για κοινή αναπαράσταση του δικτύου.</w:t>
      </w:r>
    </w:p>
    <w:p w14:paraId="0BCC50FC" w14:textId="77777777" w:rsidR="00811146" w:rsidRPr="003819EF" w:rsidRDefault="00811146" w:rsidP="00811146">
      <w:pPr>
        <w:pStyle w:val="21"/>
        <w:rPr>
          <w:lang w:val="el-GR"/>
        </w:rPr>
      </w:pPr>
      <w:r w:rsidRPr="003819EF">
        <w:rPr>
          <w:lang w:val="el-GR"/>
        </w:rPr>
        <w:t>8. Διδακτικό Συμβόλαιο</w:t>
      </w:r>
    </w:p>
    <w:p w14:paraId="384B86B9" w14:textId="77777777" w:rsidR="00811146" w:rsidRPr="003819EF" w:rsidRDefault="00811146" w:rsidP="00811146">
      <w:pPr>
        <w:rPr>
          <w:lang w:val="el-GR"/>
        </w:rPr>
      </w:pPr>
      <w:r w:rsidRPr="003819EF">
        <w:rPr>
          <w:lang w:val="el-GR"/>
        </w:rPr>
        <w:t>- Τήρηση του χρόνου εργασίας και σεβασμός στον λόγο κάθε ομάδας.</w:t>
      </w:r>
      <w:r w:rsidRPr="003819EF">
        <w:rPr>
          <w:lang w:val="el-GR"/>
        </w:rPr>
        <w:br/>
        <w:t>- Ολοκλήρωση δραστηριοτήτων εντός της διδακτικής ώρας.</w:t>
      </w:r>
      <w:r w:rsidRPr="003819EF">
        <w:rPr>
          <w:lang w:val="el-GR"/>
        </w:rPr>
        <w:br/>
        <w:t>- Παρουσίαση του έργου της ομάδας με υπευθυνότητα.</w:t>
      </w:r>
    </w:p>
    <w:p w14:paraId="447C435E" w14:textId="77777777" w:rsidR="00811146" w:rsidRPr="003819EF" w:rsidRDefault="00811146" w:rsidP="00811146">
      <w:pPr>
        <w:pStyle w:val="21"/>
        <w:rPr>
          <w:lang w:val="el-GR"/>
        </w:rPr>
      </w:pPr>
      <w:r w:rsidRPr="003819EF">
        <w:rPr>
          <w:lang w:val="el-GR"/>
        </w:rPr>
        <w:lastRenderedPageBreak/>
        <w:t>9. Οργάνωση της Τάξης</w:t>
      </w:r>
    </w:p>
    <w:p w14:paraId="6E315705" w14:textId="77777777" w:rsidR="00811146" w:rsidRPr="003819EF" w:rsidRDefault="00811146" w:rsidP="00811146">
      <w:pPr>
        <w:rPr>
          <w:lang w:val="el-GR"/>
        </w:rPr>
      </w:pPr>
      <w:r w:rsidRPr="003819EF">
        <w:rPr>
          <w:lang w:val="el-GR"/>
        </w:rPr>
        <w:t>- Χωρισμός των μαθητών σε ομάδες 3–4 ατόμων.</w:t>
      </w:r>
      <w:r w:rsidRPr="003819EF">
        <w:rPr>
          <w:lang w:val="el-GR"/>
        </w:rPr>
        <w:br/>
        <w:t>- Χρήση πίνακα ή προβολέα για παρουσίαση παραδειγμάτων.</w:t>
      </w:r>
      <w:r w:rsidRPr="003819EF">
        <w:rPr>
          <w:lang w:val="el-GR"/>
        </w:rPr>
        <w:br/>
        <w:t xml:space="preserve">- Χρήση χαρτιού Α3 ή ψηφιακών εργαλείων (π.χ. </w:t>
      </w:r>
      <w:r>
        <w:t>draw</w:t>
      </w:r>
      <w:r w:rsidRPr="003819EF">
        <w:rPr>
          <w:lang w:val="el-GR"/>
        </w:rPr>
        <w:t>.</w:t>
      </w:r>
      <w:r>
        <w:t>io</w:t>
      </w:r>
      <w:r w:rsidRPr="003819EF">
        <w:rPr>
          <w:lang w:val="el-GR"/>
        </w:rPr>
        <w:t xml:space="preserve">, </w:t>
      </w:r>
      <w:r>
        <w:t>Google</w:t>
      </w:r>
      <w:r w:rsidRPr="003819EF">
        <w:rPr>
          <w:lang w:val="el-GR"/>
        </w:rPr>
        <w:t xml:space="preserve"> </w:t>
      </w:r>
      <w:r>
        <w:t>Drawings</w:t>
      </w:r>
      <w:r w:rsidRPr="003819EF">
        <w:rPr>
          <w:lang w:val="el-GR"/>
        </w:rPr>
        <w:t>) για τη σχεδίαση του δικτύου.</w:t>
      </w:r>
    </w:p>
    <w:p w14:paraId="75E44DE7" w14:textId="77777777" w:rsidR="00811146" w:rsidRPr="003819EF" w:rsidRDefault="00811146" w:rsidP="00811146">
      <w:pPr>
        <w:pStyle w:val="21"/>
        <w:rPr>
          <w:lang w:val="el-GR"/>
        </w:rPr>
      </w:pPr>
      <w:r w:rsidRPr="003819EF">
        <w:rPr>
          <w:lang w:val="el-GR"/>
        </w:rPr>
        <w:t>10. Φύλλο Εργασίας</w:t>
      </w:r>
    </w:p>
    <w:p w14:paraId="528D971F" w14:textId="77777777" w:rsidR="00811146" w:rsidRPr="003819EF" w:rsidRDefault="00811146" w:rsidP="00811146">
      <w:pPr>
        <w:rPr>
          <w:lang w:val="el-GR"/>
        </w:rPr>
      </w:pPr>
      <w:r w:rsidRPr="003819EF">
        <w:rPr>
          <w:lang w:val="el-GR"/>
        </w:rPr>
        <w:t>Φύλλο Εργασίας – «Δίκτυα Υπολογιστών»</w:t>
      </w:r>
      <w:r w:rsidRPr="003819EF">
        <w:rPr>
          <w:lang w:val="el-GR"/>
        </w:rPr>
        <w:br/>
      </w:r>
      <w:r w:rsidRPr="003819EF">
        <w:rPr>
          <w:lang w:val="el-GR"/>
        </w:rPr>
        <w:br/>
        <w:t>Ομάδα: …………………………………………</w:t>
      </w:r>
      <w:r w:rsidRPr="003819EF">
        <w:rPr>
          <w:lang w:val="el-GR"/>
        </w:rPr>
        <w:br/>
      </w:r>
      <w:r w:rsidRPr="003819EF">
        <w:rPr>
          <w:lang w:val="el-GR"/>
        </w:rPr>
        <w:br/>
        <w:t xml:space="preserve">1. Σχεδιάστε το δίκτυο του σχολείου σας (ή μιας τυπικής τάξης) με τους υπολογιστές, τον εκτυπωτή, το </w:t>
      </w:r>
      <w:r>
        <w:t>switch</w:t>
      </w:r>
      <w:r w:rsidRPr="003819EF">
        <w:rPr>
          <w:lang w:val="el-GR"/>
        </w:rPr>
        <w:t xml:space="preserve"> και τον </w:t>
      </w:r>
      <w:r>
        <w:t>router</w:t>
      </w:r>
      <w:r w:rsidRPr="003819EF">
        <w:rPr>
          <w:lang w:val="el-GR"/>
        </w:rPr>
        <w:t>.</w:t>
      </w:r>
      <w:r w:rsidRPr="003819EF">
        <w:rPr>
          <w:lang w:val="el-GR"/>
        </w:rPr>
        <w:br/>
        <w:t xml:space="preserve">2. Περιγράψτε τον ρόλο κάθε συσκευής: Υπολογιστής, Εκτυπωτής, </w:t>
      </w:r>
      <w:r>
        <w:t>Switch</w:t>
      </w:r>
      <w:r w:rsidRPr="003819EF">
        <w:rPr>
          <w:lang w:val="el-GR"/>
        </w:rPr>
        <w:t xml:space="preserve">, </w:t>
      </w:r>
      <w:r>
        <w:t>Router</w:t>
      </w:r>
      <w:r w:rsidRPr="003819EF">
        <w:rPr>
          <w:lang w:val="el-GR"/>
        </w:rPr>
        <w:t xml:space="preserve">, </w:t>
      </w:r>
      <w:r>
        <w:t>Access</w:t>
      </w:r>
      <w:r w:rsidRPr="003819EF">
        <w:rPr>
          <w:lang w:val="el-GR"/>
        </w:rPr>
        <w:t xml:space="preserve"> </w:t>
      </w:r>
      <w:r>
        <w:t>Point</w:t>
      </w:r>
      <w:r w:rsidRPr="003819EF">
        <w:rPr>
          <w:lang w:val="el-GR"/>
        </w:rPr>
        <w:t>.</w:t>
      </w:r>
      <w:r w:rsidRPr="003819EF">
        <w:rPr>
          <w:lang w:val="el-GR"/>
        </w:rPr>
        <w:br/>
        <w:t>3. Συζητήστε: Ποια είναι τα πλεονεκτήματα της ύπαρξης δικτύου; Ποια προβλήματα μπορεί να εμφανιστούν;</w:t>
      </w:r>
      <w:r w:rsidRPr="003819EF">
        <w:rPr>
          <w:lang w:val="el-GR"/>
        </w:rPr>
        <w:br/>
        <w:t>4. Συμπληρώστε τον παρακάτω πίνακα:</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0"/>
        <w:gridCol w:w="2880"/>
        <w:gridCol w:w="2880"/>
      </w:tblGrid>
      <w:tr w:rsidR="00811146" w:rsidRPr="003819EF" w14:paraId="5C667835" w14:textId="77777777" w:rsidTr="005057FB">
        <w:tc>
          <w:tcPr>
            <w:tcW w:w="2880" w:type="dxa"/>
          </w:tcPr>
          <w:p w14:paraId="1CEB5203" w14:textId="77777777" w:rsidR="00811146" w:rsidRDefault="00811146" w:rsidP="005057FB">
            <w:proofErr w:type="spellStart"/>
            <w:r>
              <w:t>Συσκευή</w:t>
            </w:r>
            <w:proofErr w:type="spellEnd"/>
          </w:p>
        </w:tc>
        <w:tc>
          <w:tcPr>
            <w:tcW w:w="2880" w:type="dxa"/>
          </w:tcPr>
          <w:p w14:paraId="0AB5F717" w14:textId="77777777" w:rsidR="00811146" w:rsidRDefault="00811146" w:rsidP="005057FB">
            <w:proofErr w:type="spellStart"/>
            <w:r>
              <w:t>Ρόλος</w:t>
            </w:r>
            <w:proofErr w:type="spellEnd"/>
            <w:r>
              <w:t xml:space="preserve"> </w:t>
            </w:r>
            <w:proofErr w:type="spellStart"/>
            <w:r>
              <w:t>στο</w:t>
            </w:r>
            <w:proofErr w:type="spellEnd"/>
            <w:r>
              <w:t xml:space="preserve"> </w:t>
            </w:r>
            <w:proofErr w:type="spellStart"/>
            <w:r>
              <w:t>δίκτυο</w:t>
            </w:r>
            <w:proofErr w:type="spellEnd"/>
          </w:p>
        </w:tc>
        <w:tc>
          <w:tcPr>
            <w:tcW w:w="2880" w:type="dxa"/>
          </w:tcPr>
          <w:p w14:paraId="01D4D11A" w14:textId="77777777" w:rsidR="00811146" w:rsidRPr="00F42802" w:rsidRDefault="00811146" w:rsidP="005057FB">
            <w:pPr>
              <w:rPr>
                <w:lang w:val="el-GR"/>
              </w:rPr>
            </w:pPr>
            <w:r w:rsidRPr="00F42802">
              <w:rPr>
                <w:lang w:val="el-GR"/>
              </w:rPr>
              <w:t>Παράδειγμα από το σχολείο/σπίτι</w:t>
            </w:r>
          </w:p>
        </w:tc>
      </w:tr>
      <w:tr w:rsidR="00811146" w14:paraId="24E0A047" w14:textId="77777777" w:rsidTr="005057FB">
        <w:tc>
          <w:tcPr>
            <w:tcW w:w="2880" w:type="dxa"/>
          </w:tcPr>
          <w:p w14:paraId="621E7813" w14:textId="77777777" w:rsidR="00811146" w:rsidRDefault="00811146" w:rsidP="005057FB">
            <w:r>
              <w:t>Υπ</w:t>
            </w:r>
            <w:proofErr w:type="spellStart"/>
            <w:r>
              <w:t>ολογιστής</w:t>
            </w:r>
            <w:proofErr w:type="spellEnd"/>
          </w:p>
        </w:tc>
        <w:tc>
          <w:tcPr>
            <w:tcW w:w="2880" w:type="dxa"/>
          </w:tcPr>
          <w:p w14:paraId="45F1542F" w14:textId="77777777" w:rsidR="00811146" w:rsidRDefault="00811146" w:rsidP="005057FB"/>
        </w:tc>
        <w:tc>
          <w:tcPr>
            <w:tcW w:w="2880" w:type="dxa"/>
          </w:tcPr>
          <w:p w14:paraId="56375C66" w14:textId="77777777" w:rsidR="00811146" w:rsidRDefault="00811146" w:rsidP="005057FB"/>
        </w:tc>
      </w:tr>
      <w:tr w:rsidR="00811146" w14:paraId="5E0A4843" w14:textId="77777777" w:rsidTr="005057FB">
        <w:tc>
          <w:tcPr>
            <w:tcW w:w="2880" w:type="dxa"/>
          </w:tcPr>
          <w:p w14:paraId="58719ADC" w14:textId="77777777" w:rsidR="00811146" w:rsidRDefault="00811146" w:rsidP="005057FB">
            <w:proofErr w:type="spellStart"/>
            <w:r>
              <w:t>Εκτυ</w:t>
            </w:r>
            <w:proofErr w:type="spellEnd"/>
            <w:r>
              <w:t>πωτής</w:t>
            </w:r>
          </w:p>
        </w:tc>
        <w:tc>
          <w:tcPr>
            <w:tcW w:w="2880" w:type="dxa"/>
          </w:tcPr>
          <w:p w14:paraId="194EC650" w14:textId="77777777" w:rsidR="00811146" w:rsidRDefault="00811146" w:rsidP="005057FB"/>
        </w:tc>
        <w:tc>
          <w:tcPr>
            <w:tcW w:w="2880" w:type="dxa"/>
          </w:tcPr>
          <w:p w14:paraId="7E1A9D1C" w14:textId="77777777" w:rsidR="00811146" w:rsidRDefault="00811146" w:rsidP="005057FB"/>
        </w:tc>
      </w:tr>
      <w:tr w:rsidR="00811146" w14:paraId="17EF6BD2" w14:textId="77777777" w:rsidTr="005057FB">
        <w:tc>
          <w:tcPr>
            <w:tcW w:w="2880" w:type="dxa"/>
          </w:tcPr>
          <w:p w14:paraId="4B830D61" w14:textId="77777777" w:rsidR="00811146" w:rsidRDefault="00811146" w:rsidP="005057FB">
            <w:r>
              <w:t>Switch</w:t>
            </w:r>
          </w:p>
        </w:tc>
        <w:tc>
          <w:tcPr>
            <w:tcW w:w="2880" w:type="dxa"/>
          </w:tcPr>
          <w:p w14:paraId="7DA5104F" w14:textId="77777777" w:rsidR="00811146" w:rsidRDefault="00811146" w:rsidP="005057FB"/>
        </w:tc>
        <w:tc>
          <w:tcPr>
            <w:tcW w:w="2880" w:type="dxa"/>
          </w:tcPr>
          <w:p w14:paraId="406FB13E" w14:textId="77777777" w:rsidR="00811146" w:rsidRDefault="00811146" w:rsidP="005057FB"/>
        </w:tc>
      </w:tr>
      <w:tr w:rsidR="00811146" w14:paraId="290E0578" w14:textId="77777777" w:rsidTr="005057FB">
        <w:tc>
          <w:tcPr>
            <w:tcW w:w="2880" w:type="dxa"/>
          </w:tcPr>
          <w:p w14:paraId="57081807" w14:textId="77777777" w:rsidR="00811146" w:rsidRDefault="00811146" w:rsidP="005057FB">
            <w:r>
              <w:t>Router</w:t>
            </w:r>
          </w:p>
        </w:tc>
        <w:tc>
          <w:tcPr>
            <w:tcW w:w="2880" w:type="dxa"/>
          </w:tcPr>
          <w:p w14:paraId="6C8E9BFB" w14:textId="77777777" w:rsidR="00811146" w:rsidRDefault="00811146" w:rsidP="005057FB"/>
        </w:tc>
        <w:tc>
          <w:tcPr>
            <w:tcW w:w="2880" w:type="dxa"/>
          </w:tcPr>
          <w:p w14:paraId="3602EB6A" w14:textId="77777777" w:rsidR="00811146" w:rsidRDefault="00811146" w:rsidP="005057FB"/>
        </w:tc>
      </w:tr>
      <w:tr w:rsidR="00811146" w14:paraId="3203C99D" w14:textId="77777777" w:rsidTr="005057FB">
        <w:tc>
          <w:tcPr>
            <w:tcW w:w="2880" w:type="dxa"/>
          </w:tcPr>
          <w:p w14:paraId="19F49CC5" w14:textId="77777777" w:rsidR="00811146" w:rsidRDefault="00811146" w:rsidP="005057FB">
            <w:r>
              <w:t>Access Point</w:t>
            </w:r>
          </w:p>
        </w:tc>
        <w:tc>
          <w:tcPr>
            <w:tcW w:w="2880" w:type="dxa"/>
          </w:tcPr>
          <w:p w14:paraId="582EF2AE" w14:textId="77777777" w:rsidR="00811146" w:rsidRDefault="00811146" w:rsidP="005057FB"/>
        </w:tc>
        <w:tc>
          <w:tcPr>
            <w:tcW w:w="2880" w:type="dxa"/>
          </w:tcPr>
          <w:p w14:paraId="1C20D122" w14:textId="77777777" w:rsidR="00811146" w:rsidRDefault="00811146" w:rsidP="005057FB"/>
        </w:tc>
      </w:tr>
    </w:tbl>
    <w:p w14:paraId="565A51B8" w14:textId="77777777" w:rsidR="00811146" w:rsidRPr="003819EF" w:rsidRDefault="00811146" w:rsidP="00811146">
      <w:pPr>
        <w:rPr>
          <w:lang w:val="el-GR"/>
        </w:rPr>
      </w:pPr>
      <w:r w:rsidRPr="003819EF">
        <w:rPr>
          <w:lang w:val="el-GR"/>
        </w:rPr>
        <w:br/>
      </w:r>
      <w:r w:rsidRPr="003819EF">
        <w:rPr>
          <w:lang w:val="el-GR"/>
        </w:rPr>
        <w:br/>
      </w:r>
      <w:r>
        <w:t>👉</w:t>
      </w:r>
      <w:r w:rsidRPr="003819EF">
        <w:rPr>
          <w:lang w:val="el-GR"/>
        </w:rPr>
        <w:t xml:space="preserve"> Στο τέλος, η ομάδα θα παρουσιάσει το διάγραμμα και τα συμπεράσματά της στην τάξη.</w:t>
      </w:r>
    </w:p>
    <w:p w14:paraId="47F0D421" w14:textId="7E5D1F68" w:rsidR="00D65173" w:rsidRPr="00811146" w:rsidRDefault="00D65173" w:rsidP="00811146">
      <w:pPr>
        <w:rPr>
          <w:lang w:val="el-GR"/>
        </w:rPr>
      </w:pPr>
    </w:p>
    <w:sectPr w:rsidR="00D65173" w:rsidRPr="00811146"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16cid:durableId="2054379271">
    <w:abstractNumId w:val="8"/>
  </w:num>
  <w:num w:numId="2" w16cid:durableId="563025856">
    <w:abstractNumId w:val="6"/>
  </w:num>
  <w:num w:numId="3" w16cid:durableId="1473865649">
    <w:abstractNumId w:val="5"/>
  </w:num>
  <w:num w:numId="4" w16cid:durableId="1501772663">
    <w:abstractNumId w:val="4"/>
  </w:num>
  <w:num w:numId="5" w16cid:durableId="1819303758">
    <w:abstractNumId w:val="7"/>
  </w:num>
  <w:num w:numId="6" w16cid:durableId="1258245256">
    <w:abstractNumId w:val="3"/>
  </w:num>
  <w:num w:numId="7" w16cid:durableId="1371495801">
    <w:abstractNumId w:val="2"/>
  </w:num>
  <w:num w:numId="8" w16cid:durableId="1136490062">
    <w:abstractNumId w:val="1"/>
  </w:num>
  <w:num w:numId="9" w16cid:durableId="4140133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403994"/>
    <w:rsid w:val="00433575"/>
    <w:rsid w:val="00811146"/>
    <w:rsid w:val="00AA1D8D"/>
    <w:rsid w:val="00B47730"/>
    <w:rsid w:val="00CB0664"/>
    <w:rsid w:val="00D65173"/>
    <w:rsid w:val="00F42802"/>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BE28821"/>
  <w14:defaultImageDpi w14:val="300"/>
  <w15:docId w15:val="{47E12ED4-2691-481F-9F1C-35584EA61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C693F"/>
    <w:rPr>
      <w:rFonts w:ascii="Calibri" w:hAnsi="Calibri"/>
      <w:sz w:val="24"/>
    </w:rPr>
  </w:style>
  <w:style w:type="paragraph" w:styleId="1">
    <w:name w:val="heading 1"/>
    <w:basedOn w:val="a1"/>
    <w:next w:val="a1"/>
    <w:link w:val="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Char"/>
    <w:uiPriority w:val="99"/>
    <w:unhideWhenUsed/>
    <w:rsid w:val="00E618BF"/>
    <w:pPr>
      <w:tabs>
        <w:tab w:val="center" w:pos="4680"/>
        <w:tab w:val="right" w:pos="9360"/>
      </w:tabs>
      <w:spacing w:after="0" w:line="240" w:lineRule="auto"/>
    </w:pPr>
  </w:style>
  <w:style w:type="character" w:customStyle="1" w:styleId="Char">
    <w:name w:val="Κεφαλίδα Char"/>
    <w:basedOn w:val="a2"/>
    <w:link w:val="a5"/>
    <w:uiPriority w:val="99"/>
    <w:rsid w:val="00E618BF"/>
  </w:style>
  <w:style w:type="paragraph" w:styleId="a6">
    <w:name w:val="footer"/>
    <w:basedOn w:val="a1"/>
    <w:link w:val="Char0"/>
    <w:uiPriority w:val="99"/>
    <w:unhideWhenUsed/>
    <w:rsid w:val="00E618BF"/>
    <w:pPr>
      <w:tabs>
        <w:tab w:val="center" w:pos="4680"/>
        <w:tab w:val="right" w:pos="9360"/>
      </w:tabs>
      <w:spacing w:after="0" w:line="240" w:lineRule="auto"/>
    </w:pPr>
  </w:style>
  <w:style w:type="character" w:customStyle="1" w:styleId="Char0">
    <w:name w:val="Υποσέλιδο Char"/>
    <w:basedOn w:val="a2"/>
    <w:link w:val="a6"/>
    <w:uiPriority w:val="99"/>
    <w:rsid w:val="00E618BF"/>
  </w:style>
  <w:style w:type="paragraph" w:styleId="a7">
    <w:name w:val="No Spacing"/>
    <w:uiPriority w:val="1"/>
    <w:qFormat/>
    <w:rsid w:val="00FC693F"/>
    <w:pPr>
      <w:spacing w:after="0" w:line="240" w:lineRule="auto"/>
    </w:pPr>
  </w:style>
  <w:style w:type="character" w:customStyle="1" w:styleId="1Char">
    <w:name w:val="Επικεφαλίδα 1 Char"/>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Char">
    <w:name w:val="Επικεφαλίδα 2 Char"/>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Char">
    <w:name w:val="Επικεφαλίδα 3 Char"/>
    <w:basedOn w:val="a2"/>
    <w:link w:val="31"/>
    <w:uiPriority w:val="9"/>
    <w:rsid w:val="00FC693F"/>
    <w:rPr>
      <w:rFonts w:asciiTheme="majorHAnsi" w:eastAsiaTheme="majorEastAsia" w:hAnsiTheme="majorHAnsi" w:cstheme="majorBidi"/>
      <w:b/>
      <w:bCs/>
      <w:color w:val="4F81BD" w:themeColor="accent1"/>
    </w:rPr>
  </w:style>
  <w:style w:type="paragraph" w:styleId="a8">
    <w:name w:val="Title"/>
    <w:basedOn w:val="a1"/>
    <w:next w:val="a1"/>
    <w:link w:val="Char1"/>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1">
    <w:name w:val="Τίτλος Char"/>
    <w:basedOn w:val="a2"/>
    <w:link w:val="a8"/>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9">
    <w:name w:val="Subtitle"/>
    <w:basedOn w:val="a1"/>
    <w:next w:val="a1"/>
    <w:link w:val="Char2"/>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Char2">
    <w:name w:val="Υπότιτλος Char"/>
    <w:basedOn w:val="a2"/>
    <w:link w:val="a9"/>
    <w:uiPriority w:val="11"/>
    <w:rsid w:val="00FC693F"/>
    <w:rPr>
      <w:rFonts w:asciiTheme="majorHAnsi" w:eastAsiaTheme="majorEastAsia" w:hAnsiTheme="majorHAnsi" w:cstheme="majorBidi"/>
      <w:i/>
      <w:iCs/>
      <w:color w:val="4F81BD" w:themeColor="accent1"/>
      <w:spacing w:val="15"/>
      <w:sz w:val="24"/>
      <w:szCs w:val="24"/>
    </w:rPr>
  </w:style>
  <w:style w:type="paragraph" w:styleId="aa">
    <w:name w:val="List Paragraph"/>
    <w:basedOn w:val="a1"/>
    <w:uiPriority w:val="34"/>
    <w:qFormat/>
    <w:rsid w:val="00FC693F"/>
    <w:pPr>
      <w:ind w:left="720"/>
      <w:contextualSpacing/>
    </w:pPr>
  </w:style>
  <w:style w:type="paragraph" w:styleId="ab">
    <w:name w:val="Body Text"/>
    <w:basedOn w:val="a1"/>
    <w:link w:val="Char3"/>
    <w:uiPriority w:val="99"/>
    <w:unhideWhenUsed/>
    <w:rsid w:val="00AA1D8D"/>
    <w:pPr>
      <w:spacing w:after="120"/>
    </w:pPr>
  </w:style>
  <w:style w:type="character" w:customStyle="1" w:styleId="Char3">
    <w:name w:val="Σώμα κειμένου Char"/>
    <w:basedOn w:val="a2"/>
    <w:link w:val="ab"/>
    <w:uiPriority w:val="99"/>
    <w:rsid w:val="00AA1D8D"/>
  </w:style>
  <w:style w:type="paragraph" w:styleId="22">
    <w:name w:val="Body Text 2"/>
    <w:basedOn w:val="a1"/>
    <w:link w:val="2Char0"/>
    <w:uiPriority w:val="99"/>
    <w:unhideWhenUsed/>
    <w:rsid w:val="00AA1D8D"/>
    <w:pPr>
      <w:spacing w:after="120" w:line="480" w:lineRule="auto"/>
    </w:pPr>
  </w:style>
  <w:style w:type="character" w:customStyle="1" w:styleId="2Char0">
    <w:name w:val="Σώμα κείμενου 2 Char"/>
    <w:basedOn w:val="a2"/>
    <w:link w:val="22"/>
    <w:uiPriority w:val="99"/>
    <w:rsid w:val="00AA1D8D"/>
  </w:style>
  <w:style w:type="paragraph" w:styleId="32">
    <w:name w:val="Body Text 3"/>
    <w:basedOn w:val="a1"/>
    <w:link w:val="3Char0"/>
    <w:uiPriority w:val="99"/>
    <w:unhideWhenUsed/>
    <w:rsid w:val="00AA1D8D"/>
    <w:pPr>
      <w:spacing w:after="120"/>
    </w:pPr>
    <w:rPr>
      <w:sz w:val="16"/>
      <w:szCs w:val="16"/>
    </w:rPr>
  </w:style>
  <w:style w:type="character" w:customStyle="1" w:styleId="3Char0">
    <w:name w:val="Σώμα κείμενου 3 Char"/>
    <w:basedOn w:val="a2"/>
    <w:link w:val="32"/>
    <w:uiPriority w:val="99"/>
    <w:rsid w:val="00AA1D8D"/>
    <w:rPr>
      <w:sz w:val="16"/>
      <w:szCs w:val="16"/>
    </w:rPr>
  </w:style>
  <w:style w:type="paragraph" w:styleId="ac">
    <w:name w:val="List"/>
    <w:basedOn w:val="a1"/>
    <w:uiPriority w:val="99"/>
    <w:unhideWhenUsed/>
    <w:rsid w:val="00AA1D8D"/>
    <w:pPr>
      <w:ind w:left="360" w:hanging="360"/>
      <w:contextualSpacing/>
    </w:pPr>
  </w:style>
  <w:style w:type="paragraph" w:styleId="23">
    <w:name w:val="List 2"/>
    <w:basedOn w:val="a1"/>
    <w:uiPriority w:val="99"/>
    <w:unhideWhenUsed/>
    <w:rsid w:val="00326F90"/>
    <w:pPr>
      <w:ind w:left="720" w:hanging="360"/>
      <w:contextualSpacing/>
    </w:pPr>
  </w:style>
  <w:style w:type="paragraph" w:styleId="33">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d">
    <w:name w:val="List Continue"/>
    <w:basedOn w:val="a1"/>
    <w:uiPriority w:val="99"/>
    <w:unhideWhenUsed/>
    <w:rsid w:val="0029639D"/>
    <w:pPr>
      <w:spacing w:after="120"/>
      <w:ind w:left="360"/>
      <w:contextualSpacing/>
    </w:pPr>
  </w:style>
  <w:style w:type="paragraph" w:styleId="24">
    <w:name w:val="List Continue 2"/>
    <w:basedOn w:val="a1"/>
    <w:uiPriority w:val="99"/>
    <w:unhideWhenUsed/>
    <w:rsid w:val="0029639D"/>
    <w:pPr>
      <w:spacing w:after="120"/>
      <w:ind w:left="720"/>
      <w:contextualSpacing/>
    </w:pPr>
  </w:style>
  <w:style w:type="paragraph" w:styleId="34">
    <w:name w:val="List Continue 3"/>
    <w:basedOn w:val="a1"/>
    <w:uiPriority w:val="99"/>
    <w:unhideWhenUsed/>
    <w:rsid w:val="0029639D"/>
    <w:pPr>
      <w:spacing w:after="120"/>
      <w:ind w:left="1080"/>
      <w:contextualSpacing/>
    </w:pPr>
  </w:style>
  <w:style w:type="paragraph" w:styleId="ae">
    <w:name w:val="macro"/>
    <w:link w:val="Char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Char4">
    <w:name w:val="Κείμενο μακροεντολής Char"/>
    <w:basedOn w:val="a2"/>
    <w:link w:val="ae"/>
    <w:uiPriority w:val="99"/>
    <w:rsid w:val="0029639D"/>
    <w:rPr>
      <w:rFonts w:ascii="Courier" w:hAnsi="Courier"/>
      <w:sz w:val="20"/>
      <w:szCs w:val="20"/>
    </w:rPr>
  </w:style>
  <w:style w:type="paragraph" w:styleId="af">
    <w:name w:val="Quote"/>
    <w:basedOn w:val="a1"/>
    <w:next w:val="a1"/>
    <w:link w:val="Char5"/>
    <w:uiPriority w:val="29"/>
    <w:qFormat/>
    <w:rsid w:val="00FC693F"/>
    <w:rPr>
      <w:i/>
      <w:iCs/>
      <w:color w:val="000000" w:themeColor="text1"/>
    </w:rPr>
  </w:style>
  <w:style w:type="character" w:customStyle="1" w:styleId="Char5">
    <w:name w:val="Απόσπασμα Char"/>
    <w:basedOn w:val="a2"/>
    <w:link w:val="af"/>
    <w:uiPriority w:val="29"/>
    <w:rsid w:val="00FC693F"/>
    <w:rPr>
      <w:i/>
      <w:iCs/>
      <w:color w:val="000000" w:themeColor="text1"/>
    </w:rPr>
  </w:style>
  <w:style w:type="character" w:customStyle="1" w:styleId="4Char">
    <w:name w:val="Επικεφαλίδα 4 Char"/>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Char">
    <w:name w:val="Επικεφαλίδα 5 Char"/>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Char">
    <w:name w:val="Επικεφαλίδα 6 Char"/>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Char">
    <w:name w:val="Επικεφαλίδα 7 Char"/>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Char">
    <w:name w:val="Επικεφαλίδα 8 Char"/>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Char">
    <w:name w:val="Επικεφαλίδα 9 Char"/>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0">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1">
    <w:name w:val="Strong"/>
    <w:basedOn w:val="a2"/>
    <w:uiPriority w:val="22"/>
    <w:qFormat/>
    <w:rsid w:val="00FC693F"/>
    <w:rPr>
      <w:b/>
      <w:bCs/>
    </w:rPr>
  </w:style>
  <w:style w:type="character" w:styleId="af2">
    <w:name w:val="Emphasis"/>
    <w:basedOn w:val="a2"/>
    <w:uiPriority w:val="20"/>
    <w:qFormat/>
    <w:rsid w:val="00FC693F"/>
    <w:rPr>
      <w:i/>
      <w:iCs/>
    </w:rPr>
  </w:style>
  <w:style w:type="paragraph" w:styleId="af3">
    <w:name w:val="Intense Quote"/>
    <w:basedOn w:val="a1"/>
    <w:next w:val="a1"/>
    <w:link w:val="Char6"/>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har6">
    <w:name w:val="Έντονο απόσπ. Char"/>
    <w:basedOn w:val="a2"/>
    <w:link w:val="af3"/>
    <w:uiPriority w:val="30"/>
    <w:rsid w:val="00FC693F"/>
    <w:rPr>
      <w:b/>
      <w:bCs/>
      <w:i/>
      <w:iCs/>
      <w:color w:val="4F81BD" w:themeColor="accent1"/>
    </w:rPr>
  </w:style>
  <w:style w:type="character" w:styleId="af4">
    <w:name w:val="Subtle Emphasis"/>
    <w:basedOn w:val="a2"/>
    <w:uiPriority w:val="19"/>
    <w:qFormat/>
    <w:rsid w:val="00FC693F"/>
    <w:rPr>
      <w:i/>
      <w:iCs/>
      <w:color w:val="808080" w:themeColor="text1" w:themeTint="7F"/>
    </w:rPr>
  </w:style>
  <w:style w:type="character" w:styleId="af5">
    <w:name w:val="Intense Emphasis"/>
    <w:basedOn w:val="a2"/>
    <w:uiPriority w:val="21"/>
    <w:qFormat/>
    <w:rsid w:val="00FC693F"/>
    <w:rPr>
      <w:b/>
      <w:bCs/>
      <w:i/>
      <w:iCs/>
      <w:color w:val="4F81BD" w:themeColor="accent1"/>
    </w:rPr>
  </w:style>
  <w:style w:type="character" w:styleId="af6">
    <w:name w:val="Subtle Reference"/>
    <w:basedOn w:val="a2"/>
    <w:uiPriority w:val="31"/>
    <w:qFormat/>
    <w:rsid w:val="00FC693F"/>
    <w:rPr>
      <w:smallCaps/>
      <w:color w:val="C0504D" w:themeColor="accent2"/>
      <w:u w:val="single"/>
    </w:rPr>
  </w:style>
  <w:style w:type="character" w:styleId="af7">
    <w:name w:val="Intense Reference"/>
    <w:basedOn w:val="a2"/>
    <w:uiPriority w:val="32"/>
    <w:qFormat/>
    <w:rsid w:val="00FC693F"/>
    <w:rPr>
      <w:b/>
      <w:bCs/>
      <w:smallCaps/>
      <w:color w:val="C0504D" w:themeColor="accent2"/>
      <w:spacing w:val="5"/>
      <w:u w:val="single"/>
    </w:rPr>
  </w:style>
  <w:style w:type="character" w:styleId="af8">
    <w:name w:val="Book Title"/>
    <w:basedOn w:val="a2"/>
    <w:uiPriority w:val="33"/>
    <w:qFormat/>
    <w:rsid w:val="00FC693F"/>
    <w:rPr>
      <w:b/>
      <w:bCs/>
      <w:smallCaps/>
      <w:spacing w:val="5"/>
    </w:rPr>
  </w:style>
  <w:style w:type="paragraph" w:styleId="af9">
    <w:name w:val="TOC Heading"/>
    <w:basedOn w:val="1"/>
    <w:next w:val="a1"/>
    <w:uiPriority w:val="39"/>
    <w:semiHidden/>
    <w:unhideWhenUsed/>
    <w:qFormat/>
    <w:rsid w:val="00FC693F"/>
    <w:pPr>
      <w:outlineLvl w:val="9"/>
    </w:pPr>
  </w:style>
  <w:style w:type="table" w:styleId="afa">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b">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c">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d">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0">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5">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1">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6">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2">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7">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5">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e">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0">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1">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455</Words>
  <Characters>2460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2910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Marios Aggelides</cp:lastModifiedBy>
  <cp:revision>4</cp:revision>
  <dcterms:created xsi:type="dcterms:W3CDTF">2013-12-23T23:15:00Z</dcterms:created>
  <dcterms:modified xsi:type="dcterms:W3CDTF">2025-10-28T09:17:00Z</dcterms:modified>
  <cp:category/>
</cp:coreProperties>
</file>