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37D89" w14:textId="77777777" w:rsidR="004A2E45" w:rsidRPr="00B5010C" w:rsidRDefault="00000000">
      <w:pPr>
        <w:pStyle w:val="1"/>
        <w:rPr>
          <w:lang w:val="el-GR"/>
        </w:rPr>
      </w:pPr>
      <w:r w:rsidRPr="00B5010C">
        <w:rPr>
          <w:lang w:val="el-GR"/>
        </w:rPr>
        <w:t>ΦΥΛΛΟ ΕΡΓΑΣΙΑΣ</w:t>
      </w:r>
    </w:p>
    <w:p w14:paraId="3553C930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Θέμα: Η ακολουθία </w:t>
      </w:r>
      <w:r>
        <w:t>Fibonacci</w:t>
      </w:r>
    </w:p>
    <w:p w14:paraId="6A59F6CC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Μάθημα: Ανάπτυξη Εφαρμογών σε Προγραμματιστικό Περιβάλλον (Γ’ Λυκείου)</w:t>
      </w:r>
    </w:p>
    <w:p w14:paraId="185DF170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Διάρκεια: 1 διδακτική ώρα</w:t>
      </w:r>
    </w:p>
    <w:p w14:paraId="67041CCB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1</w:t>
      </w:r>
      <w:r>
        <w:t>️</w:t>
      </w:r>
      <w:r w:rsidRPr="00B5010C">
        <w:rPr>
          <w:lang w:val="el-GR"/>
        </w:rPr>
        <w:t>⃣ Θεωρητικό Υπόβαθρο</w:t>
      </w:r>
    </w:p>
    <w:p w14:paraId="23D1800C" w14:textId="76A53265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Η ακολουθία </w:t>
      </w:r>
      <w:r>
        <w:t>Fibonacci</w:t>
      </w:r>
      <w:r w:rsidRPr="00B5010C">
        <w:rPr>
          <w:lang w:val="el-GR"/>
        </w:rPr>
        <w:t xml:space="preserve"> είναι η ακολουθία αριθμών:</w:t>
      </w:r>
      <w:r w:rsidRPr="00B5010C">
        <w:rPr>
          <w:lang w:val="el-GR"/>
        </w:rPr>
        <w:br/>
      </w:r>
      <w:r w:rsidR="00110C8F" w:rsidRPr="00110C8F">
        <w:rPr>
          <w:lang w:val="el-GR"/>
        </w:rPr>
        <w:t xml:space="preserve">0, </w:t>
      </w:r>
      <w:r w:rsidRPr="00B5010C">
        <w:rPr>
          <w:lang w:val="el-GR"/>
        </w:rPr>
        <w:t>1, 1, 2, 3, 5, 8, 13, ...</w:t>
      </w:r>
      <w:r w:rsidRPr="00B5010C">
        <w:rPr>
          <w:lang w:val="el-GR"/>
        </w:rPr>
        <w:br/>
        <w:t>Ορίζεται ως εξής:</w:t>
      </w:r>
      <w:r w:rsidRPr="00B5010C">
        <w:rPr>
          <w:lang w:val="el-GR"/>
        </w:rPr>
        <w:br/>
        <w:t xml:space="preserve">- Οι δύο πρώτοι όροι είναι </w:t>
      </w:r>
      <w:r w:rsidR="00110C8F" w:rsidRPr="00110C8F">
        <w:rPr>
          <w:lang w:val="el-GR"/>
        </w:rPr>
        <w:t>0</w:t>
      </w:r>
      <w:r w:rsidRPr="00B5010C">
        <w:rPr>
          <w:lang w:val="el-GR"/>
        </w:rPr>
        <w:t xml:space="preserve"> και 1.</w:t>
      </w:r>
      <w:r w:rsidRPr="00B5010C">
        <w:rPr>
          <w:lang w:val="el-GR"/>
        </w:rPr>
        <w:br/>
        <w:t>- Κάθε επόμενος όρος είναι το άθροισμα των δύο προηγούμενων.</w:t>
      </w:r>
      <w:r w:rsidRPr="00B5010C">
        <w:rPr>
          <w:lang w:val="el-GR"/>
        </w:rPr>
        <w:br/>
      </w:r>
      <w:r w:rsidRPr="00B5010C">
        <w:rPr>
          <w:lang w:val="el-GR"/>
        </w:rPr>
        <w:br/>
        <w:t>Μαθηματικός τύπος:</w:t>
      </w:r>
      <w:r w:rsidRPr="00B5010C">
        <w:rPr>
          <w:lang w:val="el-GR"/>
        </w:rPr>
        <w:br/>
      </w:r>
      <w:r>
        <w:t>F</w:t>
      </w:r>
      <w:r w:rsidRPr="00B5010C">
        <w:rPr>
          <w:lang w:val="el-GR"/>
        </w:rPr>
        <w:t xml:space="preserve">(1) = </w:t>
      </w:r>
      <w:r w:rsidR="00110C8F" w:rsidRPr="00110C8F">
        <w:rPr>
          <w:lang w:val="el-GR"/>
        </w:rPr>
        <w:t>0</w:t>
      </w:r>
      <w:r w:rsidRPr="00B5010C">
        <w:rPr>
          <w:lang w:val="el-GR"/>
        </w:rPr>
        <w:t xml:space="preserve"> </w:t>
      </w:r>
      <w:r w:rsidR="00B5010C">
        <w:rPr>
          <w:lang w:val="el-GR"/>
        </w:rPr>
        <w:br/>
      </w:r>
      <w:r>
        <w:t>F</w:t>
      </w:r>
      <w:r w:rsidRPr="00B5010C">
        <w:rPr>
          <w:lang w:val="el-GR"/>
        </w:rPr>
        <w:t>(2) = 1</w:t>
      </w:r>
      <w:r w:rsidRPr="00B5010C">
        <w:rPr>
          <w:lang w:val="el-GR"/>
        </w:rPr>
        <w:br/>
      </w:r>
      <w:r>
        <w:t>F</w:t>
      </w:r>
      <w:r w:rsidRPr="00B5010C">
        <w:rPr>
          <w:lang w:val="el-GR"/>
        </w:rPr>
        <w:t>(</w:t>
      </w:r>
      <w:r w:rsidR="00B5010C">
        <w:rPr>
          <w:lang w:val="el-GR"/>
        </w:rPr>
        <w:t>ν</w:t>
      </w:r>
      <w:r w:rsidRPr="00B5010C">
        <w:rPr>
          <w:lang w:val="el-GR"/>
        </w:rPr>
        <w:t xml:space="preserve">) = </w:t>
      </w:r>
      <w:r>
        <w:t>F</w:t>
      </w:r>
      <w:r w:rsidRPr="00B5010C">
        <w:rPr>
          <w:lang w:val="el-GR"/>
        </w:rPr>
        <w:t>(</w:t>
      </w:r>
      <w:r w:rsidR="00B5010C">
        <w:rPr>
          <w:lang w:val="el-GR"/>
        </w:rPr>
        <w:t>ν</w:t>
      </w:r>
      <w:r w:rsidRPr="00B5010C">
        <w:rPr>
          <w:lang w:val="el-GR"/>
        </w:rPr>
        <w:t xml:space="preserve">-1) + </w:t>
      </w:r>
      <w:r>
        <w:t>F</w:t>
      </w:r>
      <w:r w:rsidRPr="00B5010C">
        <w:rPr>
          <w:lang w:val="el-GR"/>
        </w:rPr>
        <w:t>(</w:t>
      </w:r>
      <w:r w:rsidR="00B5010C">
        <w:rPr>
          <w:lang w:val="el-GR"/>
        </w:rPr>
        <w:t>ν</w:t>
      </w:r>
      <w:r w:rsidRPr="00B5010C">
        <w:rPr>
          <w:lang w:val="el-GR"/>
        </w:rPr>
        <w:t xml:space="preserve">-2), για </w:t>
      </w:r>
      <w:r w:rsidR="00B5010C">
        <w:rPr>
          <w:lang w:val="el-GR"/>
        </w:rPr>
        <w:t>ν</w:t>
      </w:r>
      <w:r w:rsidRPr="00B5010C">
        <w:rPr>
          <w:lang w:val="el-GR"/>
        </w:rPr>
        <w:t xml:space="preserve"> ≥ 3</w:t>
      </w:r>
    </w:p>
    <w:p w14:paraId="372A2034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2</w:t>
      </w:r>
      <w:r>
        <w:t>️</w:t>
      </w:r>
      <w:r w:rsidRPr="00B5010C">
        <w:rPr>
          <w:lang w:val="el-GR"/>
        </w:rPr>
        <w:t>⃣ Στόχοι</w:t>
      </w:r>
    </w:p>
    <w:p w14:paraId="66224E8B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Κατανόηση της έννοιας της αναδρομικής σχέσης σε ακολουθία.</w:t>
      </w:r>
    </w:p>
    <w:p w14:paraId="4D2C1AAA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Χρήση δομής Για…από…μέχρι ή Όσο…επανάλαβε.</w:t>
      </w:r>
    </w:p>
    <w:p w14:paraId="3007C260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Εξάσκηση στον χειρισμό μεταβλητών.</w:t>
      </w:r>
    </w:p>
    <w:p w14:paraId="34B8B5D1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Εξαγωγή αποτελεσμάτων με σωστή μορφοποίηση.</w:t>
      </w:r>
    </w:p>
    <w:p w14:paraId="2D23DDB5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3</w:t>
      </w:r>
      <w:r>
        <w:t>️</w:t>
      </w:r>
      <w:r w:rsidRPr="00B5010C">
        <w:rPr>
          <w:lang w:val="el-GR"/>
        </w:rPr>
        <w:t>⃣ Ερώτημα 1 – Παρατήρηση</w:t>
      </w:r>
    </w:p>
    <w:p w14:paraId="53FD26DE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Γράψε τους 10 πρώτους όρους της ακολουθίας </w:t>
      </w:r>
      <w:r>
        <w:t>Fibonacci</w:t>
      </w:r>
      <w:r w:rsidRPr="00B5010C">
        <w:rPr>
          <w:lang w:val="el-GR"/>
        </w:rPr>
        <w:t xml:space="preserve"> στο τετράδιό σου.</w:t>
      </w:r>
      <w:r w:rsidRPr="00B5010C">
        <w:rPr>
          <w:lang w:val="el-GR"/>
        </w:rPr>
        <w:br/>
        <w:t>Μπορείς να εντοπίσεις το μοτίβο;</w:t>
      </w:r>
    </w:p>
    <w:p w14:paraId="31C902BE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4</w:t>
      </w:r>
      <w:r>
        <w:t>️</w:t>
      </w:r>
      <w:r w:rsidRPr="00B5010C">
        <w:rPr>
          <w:lang w:val="el-GR"/>
        </w:rPr>
        <w:t>⃣ Ερώτημα 2 – Υπολογισμός με αλγόριθμο</w:t>
      </w:r>
    </w:p>
    <w:p w14:paraId="077B02AD" w14:textId="11CCAB37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Συμπλήρωσε τον παρακάτω αλγόριθμο ώστε να εμφανίζει τους </w:t>
      </w:r>
      <w:r w:rsidR="00110C8F">
        <w:rPr>
          <w:lang w:val="el-GR"/>
        </w:rPr>
        <w:t>ν</w:t>
      </w:r>
      <w:r w:rsidRPr="00B5010C">
        <w:rPr>
          <w:lang w:val="el-GR"/>
        </w:rPr>
        <w:t xml:space="preserve"> πρώτους όρους της ακολουθίας </w:t>
      </w:r>
      <w:r>
        <w:t>Fibonacci</w:t>
      </w:r>
      <w:r w:rsidR="00110C8F">
        <w:rPr>
          <w:lang w:val="el-GR"/>
        </w:rPr>
        <w:t xml:space="preserve"> (θεωρείστε ότι το ν που θα δοθεί θα είναι &gt;2 )</w:t>
      </w:r>
      <w:r w:rsidRPr="00B5010C">
        <w:rPr>
          <w:lang w:val="el-GR"/>
        </w:rPr>
        <w:t>:</w:t>
      </w:r>
      <w:r w:rsidRPr="00B5010C">
        <w:rPr>
          <w:lang w:val="el-GR"/>
        </w:rPr>
        <w:br/>
      </w:r>
      <w:r w:rsidRPr="00B5010C">
        <w:rPr>
          <w:lang w:val="el-GR"/>
        </w:rPr>
        <w:br/>
      </w:r>
      <w:r w:rsidR="00B5010C">
        <w:rPr>
          <w:lang w:val="el-GR"/>
        </w:rPr>
        <w:t>Διάβασε ν</w:t>
      </w:r>
      <w:r w:rsidRPr="00B5010C">
        <w:rPr>
          <w:lang w:val="el-GR"/>
        </w:rPr>
        <w:br/>
        <w:t xml:space="preserve">α ← </w:t>
      </w:r>
      <w:r w:rsidR="00110C8F">
        <w:rPr>
          <w:lang w:val="el-GR"/>
        </w:rPr>
        <w:t>0</w:t>
      </w:r>
      <w:r w:rsidRPr="00B5010C">
        <w:rPr>
          <w:lang w:val="el-GR"/>
        </w:rPr>
        <w:br/>
        <w:t>β ← 1</w:t>
      </w:r>
      <w:r w:rsidRPr="00B5010C">
        <w:rPr>
          <w:lang w:val="el-GR"/>
        </w:rPr>
        <w:br/>
        <w:t>Γράψε α</w:t>
      </w:r>
      <w:r w:rsidRPr="00B5010C">
        <w:rPr>
          <w:lang w:val="el-GR"/>
        </w:rPr>
        <w:br/>
        <w:t>Γράψε β</w:t>
      </w:r>
      <w:r w:rsidRPr="00B5010C">
        <w:rPr>
          <w:lang w:val="el-GR"/>
        </w:rPr>
        <w:br/>
        <w:t xml:space="preserve">Για </w:t>
      </w:r>
      <w:r>
        <w:t>i</w:t>
      </w:r>
      <w:r w:rsidRPr="00B5010C">
        <w:rPr>
          <w:lang w:val="el-GR"/>
        </w:rPr>
        <w:t xml:space="preserve"> από 3 μέχρι </w:t>
      </w:r>
      <w:r>
        <w:t>n</w:t>
      </w:r>
      <w:r w:rsidRPr="00B5010C">
        <w:rPr>
          <w:lang w:val="el-GR"/>
        </w:rPr>
        <w:br/>
        <w:t xml:space="preserve">    γ ← ___________</w:t>
      </w:r>
      <w:r w:rsidRPr="00B5010C">
        <w:rPr>
          <w:lang w:val="el-GR"/>
        </w:rPr>
        <w:br/>
      </w:r>
      <w:r w:rsidRPr="00B5010C">
        <w:rPr>
          <w:lang w:val="el-GR"/>
        </w:rPr>
        <w:lastRenderedPageBreak/>
        <w:t xml:space="preserve">    Γράψε γ</w:t>
      </w:r>
      <w:r w:rsidRPr="00B5010C">
        <w:rPr>
          <w:lang w:val="el-GR"/>
        </w:rPr>
        <w:br/>
        <w:t xml:space="preserve">    α ← β</w:t>
      </w:r>
      <w:r w:rsidRPr="00B5010C">
        <w:rPr>
          <w:lang w:val="el-GR"/>
        </w:rPr>
        <w:br/>
        <w:t xml:space="preserve">    β ← γ</w:t>
      </w:r>
      <w:r w:rsidRPr="00B5010C">
        <w:rPr>
          <w:lang w:val="el-GR"/>
        </w:rPr>
        <w:br/>
        <w:t>Τέλος_επανάληψης</w:t>
      </w:r>
    </w:p>
    <w:p w14:paraId="15225D8C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5</w:t>
      </w:r>
      <w:r>
        <w:t>️</w:t>
      </w:r>
      <w:r w:rsidRPr="00B5010C">
        <w:rPr>
          <w:lang w:val="el-GR"/>
        </w:rPr>
        <w:t>⃣ Ερώτημα 3 – Τροποποίηση</w:t>
      </w:r>
    </w:p>
    <w:p w14:paraId="626B8E43" w14:textId="3D344C43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Τροποποίησε τον προηγούμενο αλγόριθμο ώστε να υπολογίζει και το άθροισμα των </w:t>
      </w:r>
      <w:r w:rsidR="00110C8F">
        <w:rPr>
          <w:lang w:val="el-GR"/>
        </w:rPr>
        <w:t>ν</w:t>
      </w:r>
      <w:r w:rsidRPr="00B5010C">
        <w:rPr>
          <w:lang w:val="el-GR"/>
        </w:rPr>
        <w:t xml:space="preserve"> πρώτων όρων.</w:t>
      </w:r>
    </w:p>
    <w:p w14:paraId="533D8857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6</w:t>
      </w:r>
      <w:r>
        <w:t>️</w:t>
      </w:r>
      <w:r w:rsidRPr="00B5010C">
        <w:rPr>
          <w:lang w:val="el-GR"/>
        </w:rPr>
        <w:t>⃣ Ερώτημα 4 – Αναζήτηση όρου</w:t>
      </w:r>
    </w:p>
    <w:p w14:paraId="7AA44FF0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Γράψε αλγόριθμο που θα ζητάει έναν αριθμό όριο και θα εμφανίζει όλους τους όρους της ακολουθίας που είναι μικρότεροι ή ίσοι με το όριο.</w:t>
      </w:r>
    </w:p>
    <w:p w14:paraId="0C9B9E54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7</w:t>
      </w:r>
      <w:r>
        <w:t>️</w:t>
      </w:r>
      <w:r w:rsidRPr="00B5010C">
        <w:rPr>
          <w:lang w:val="el-GR"/>
        </w:rPr>
        <w:t>⃣ Ερώτημα 5 – Επέκταση</w:t>
      </w:r>
    </w:p>
    <w:p w14:paraId="4915C4F9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 xml:space="preserve">Η ακολουθία </w:t>
      </w:r>
      <w:r>
        <w:t>Fibonacci</w:t>
      </w:r>
      <w:r w:rsidRPr="00B5010C">
        <w:rPr>
          <w:lang w:val="el-GR"/>
        </w:rPr>
        <w:t xml:space="preserve"> εμφανίζεται και στη φύση (π.χ. στα λουλούδια, στα κουκουνάρια, στα κελύφη σαλιγκαριών).</w:t>
      </w:r>
      <w:r w:rsidRPr="00B5010C">
        <w:rPr>
          <w:lang w:val="el-GR"/>
        </w:rPr>
        <w:br/>
        <w:t>Αναζήτησε και κατέγραψε δύο παραδείγματα όπου εμφανίζεται.</w:t>
      </w:r>
    </w:p>
    <w:p w14:paraId="633250BB" w14:textId="77777777" w:rsidR="004A2E45" w:rsidRPr="00B5010C" w:rsidRDefault="00000000">
      <w:pPr>
        <w:pStyle w:val="21"/>
        <w:rPr>
          <w:lang w:val="el-GR"/>
        </w:rPr>
      </w:pPr>
      <w:r w:rsidRPr="00B5010C">
        <w:rPr>
          <w:lang w:val="el-GR"/>
        </w:rPr>
        <w:t>8</w:t>
      </w:r>
      <w:r>
        <w:t>️</w:t>
      </w:r>
      <w:r w:rsidRPr="00B5010C">
        <w:rPr>
          <w:lang w:val="el-GR"/>
        </w:rPr>
        <w:t>⃣ Κριτήρια Αξιολόγησης</w:t>
      </w:r>
    </w:p>
    <w:p w14:paraId="1C5012B1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Ορθότητα αλγορίθμου.</w:t>
      </w:r>
    </w:p>
    <w:p w14:paraId="46E9D456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Σωστή χρήση δομής επανάληψης.</w:t>
      </w:r>
    </w:p>
    <w:p w14:paraId="1383BE63" w14:textId="77777777" w:rsidR="004A2E45" w:rsidRPr="00B5010C" w:rsidRDefault="00000000">
      <w:pPr>
        <w:rPr>
          <w:lang w:val="el-GR"/>
        </w:rPr>
      </w:pPr>
      <w:r w:rsidRPr="00B5010C">
        <w:rPr>
          <w:lang w:val="el-GR"/>
        </w:rPr>
        <w:t>- Σωστή αρχικοποίηση μεταβλητών.</w:t>
      </w:r>
    </w:p>
    <w:p w14:paraId="402B98F5" w14:textId="77777777" w:rsidR="004A2E45" w:rsidRDefault="00000000">
      <w:r>
        <w:t>- Μορφοποίηση εξόδου.</w:t>
      </w:r>
    </w:p>
    <w:sectPr w:rsidR="004A2E4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2999182">
    <w:abstractNumId w:val="8"/>
  </w:num>
  <w:num w:numId="2" w16cid:durableId="115682683">
    <w:abstractNumId w:val="6"/>
  </w:num>
  <w:num w:numId="3" w16cid:durableId="410085383">
    <w:abstractNumId w:val="5"/>
  </w:num>
  <w:num w:numId="4" w16cid:durableId="2073193066">
    <w:abstractNumId w:val="4"/>
  </w:num>
  <w:num w:numId="5" w16cid:durableId="853107091">
    <w:abstractNumId w:val="7"/>
  </w:num>
  <w:num w:numId="6" w16cid:durableId="1413426883">
    <w:abstractNumId w:val="3"/>
  </w:num>
  <w:num w:numId="7" w16cid:durableId="1507012080">
    <w:abstractNumId w:val="2"/>
  </w:num>
  <w:num w:numId="8" w16cid:durableId="1113088330">
    <w:abstractNumId w:val="1"/>
  </w:num>
  <w:num w:numId="9" w16cid:durableId="1787121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6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0C8F"/>
    <w:rsid w:val="0015074B"/>
    <w:rsid w:val="0029639D"/>
    <w:rsid w:val="00326F90"/>
    <w:rsid w:val="004A2E45"/>
    <w:rsid w:val="00AA1D8D"/>
    <w:rsid w:val="00B47730"/>
    <w:rsid w:val="00B5010C"/>
    <w:rsid w:val="00CB0664"/>
    <w:rsid w:val="00F8190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05B8D1"/>
  <w14:defaultImageDpi w14:val="300"/>
  <w15:docId w15:val="{82AD5D1E-38FA-401F-B989-26DAF174A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264</Words>
  <Characters>1427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2</cp:revision>
  <dcterms:created xsi:type="dcterms:W3CDTF">2013-12-23T23:15:00Z</dcterms:created>
  <dcterms:modified xsi:type="dcterms:W3CDTF">2025-08-09T11:24:00Z</dcterms:modified>
  <cp:category/>
</cp:coreProperties>
</file>