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8E5282" w14:textId="77777777" w:rsidR="00D416C7" w:rsidRPr="00FF6CC1" w:rsidRDefault="00000000">
      <w:pPr>
        <w:pStyle w:val="a8"/>
        <w:rPr>
          <w:lang w:val="el-GR"/>
        </w:rPr>
      </w:pPr>
      <w:r w:rsidRPr="00FF6CC1">
        <w:rPr>
          <w:lang w:val="el-GR"/>
        </w:rPr>
        <w:t>Φύλλο Εργασίας – Ταξινόμηση Φυσαλίδας</w:t>
      </w:r>
    </w:p>
    <w:p w14:paraId="6000060A" w14:textId="77777777" w:rsidR="00D416C7" w:rsidRPr="00FF6CC1" w:rsidRDefault="00000000">
      <w:pPr>
        <w:pStyle w:val="1"/>
        <w:rPr>
          <w:lang w:val="el-GR"/>
        </w:rPr>
      </w:pPr>
      <w:r w:rsidRPr="00FF6CC1">
        <w:rPr>
          <w:lang w:val="el-GR"/>
        </w:rPr>
        <w:t>Μαθησιακοί στόχοι</w:t>
      </w:r>
    </w:p>
    <w:p w14:paraId="7BF48C0A" w14:textId="77777777" w:rsidR="00D416C7" w:rsidRPr="00FF6CC1" w:rsidRDefault="00000000">
      <w:pPr>
        <w:rPr>
          <w:lang w:val="el-GR"/>
        </w:rPr>
      </w:pPr>
      <w:r w:rsidRPr="00FF6CC1">
        <w:rPr>
          <w:lang w:val="el-GR"/>
        </w:rPr>
        <w:t>- Να κατανοήσετε γιατί χρειάζεται προσωρινή μεταβλητή για την ανταλλαγή τιμών.</w:t>
      </w:r>
      <w:r w:rsidRPr="00FF6CC1">
        <w:rPr>
          <w:lang w:val="el-GR"/>
        </w:rPr>
        <w:br/>
        <w:t>- Να συσχετίσετε τον προγραμματισμό με παραδείγματα της καθημερινότητας.</w:t>
      </w:r>
      <w:r w:rsidRPr="00FF6CC1">
        <w:rPr>
          <w:lang w:val="el-GR"/>
        </w:rPr>
        <w:br/>
        <w:t>- Να παρατηρήσετε πώς λειτουργεί η ταξινόμηση φυσαλίδας (</w:t>
      </w:r>
      <w:r>
        <w:t>Bubble</w:t>
      </w:r>
      <w:r w:rsidRPr="00FF6CC1">
        <w:rPr>
          <w:lang w:val="el-GR"/>
        </w:rPr>
        <w:t xml:space="preserve"> </w:t>
      </w:r>
      <w:r>
        <w:t>Sort</w:t>
      </w:r>
      <w:r w:rsidRPr="00FF6CC1">
        <w:rPr>
          <w:lang w:val="el-GR"/>
        </w:rPr>
        <w:t>).</w:t>
      </w:r>
      <w:r w:rsidRPr="00FF6CC1">
        <w:rPr>
          <w:lang w:val="el-GR"/>
        </w:rPr>
        <w:br/>
        <w:t>- Να περιγράψετε πώς τροποποιείται ο αλγόριθμος για φθίνουσα ταξινόμηση.</w:t>
      </w:r>
    </w:p>
    <w:p w14:paraId="6FAD56BD" w14:textId="77777777" w:rsidR="00D416C7" w:rsidRPr="00FF6CC1" w:rsidRDefault="00000000">
      <w:pPr>
        <w:pStyle w:val="1"/>
        <w:rPr>
          <w:lang w:val="el-GR"/>
        </w:rPr>
      </w:pPr>
      <w:r w:rsidRPr="00FF6CC1">
        <w:rPr>
          <w:lang w:val="el-GR"/>
        </w:rPr>
        <w:t>Εισαγωγή</w:t>
      </w:r>
    </w:p>
    <w:p w14:paraId="67E57B48" w14:textId="77777777" w:rsidR="00D416C7" w:rsidRPr="00FF6CC1" w:rsidRDefault="00000000">
      <w:pPr>
        <w:rPr>
          <w:lang w:val="el-GR"/>
        </w:rPr>
      </w:pPr>
      <w:r w:rsidRPr="00FF6CC1">
        <w:rPr>
          <w:lang w:val="el-GR"/>
        </w:rPr>
        <w:t>Σκεφτείτε δύο ποτήρια με χυμό και νερό. Πώς θα μπορούσατε να τα ανταλλάξετε; Αν προσπαθήσετε κατευθείαν (ρίχνοντας το ένα μέσα στο άλλο), θα χάσετε το περιεχόμενο. Γι’ αυτό χρειάζεστε ένα τρίτο ποτήρι. Το ίδιο συμβαίνει και στον προγραμματισμό με μια προσωρινή μεταβλητή.</w:t>
      </w:r>
    </w:p>
    <w:p w14:paraId="69B76547" w14:textId="77777777" w:rsidR="00D416C7" w:rsidRPr="00FF6CC1" w:rsidRDefault="00000000">
      <w:pPr>
        <w:pStyle w:val="1"/>
        <w:rPr>
          <w:lang w:val="el-GR"/>
        </w:rPr>
      </w:pPr>
      <w:r w:rsidRPr="00FF6CC1">
        <w:rPr>
          <w:lang w:val="el-GR"/>
        </w:rPr>
        <w:t>Δραστηριότητες</w:t>
      </w:r>
    </w:p>
    <w:p w14:paraId="3BB532C1" w14:textId="77777777" w:rsidR="00D416C7" w:rsidRPr="00FF6CC1" w:rsidRDefault="00000000">
      <w:pPr>
        <w:rPr>
          <w:lang w:val="el-GR"/>
        </w:rPr>
      </w:pPr>
      <w:r w:rsidRPr="00FF6CC1">
        <w:rPr>
          <w:lang w:val="el-GR"/>
        </w:rPr>
        <w:t>Δραστηριότητα 1 – Η λανθασμένη προσπάθεια</w:t>
      </w:r>
    </w:p>
    <w:p w14:paraId="3168E769" w14:textId="77777777" w:rsidR="00D416C7" w:rsidRPr="00FF6CC1" w:rsidRDefault="00000000">
      <w:pPr>
        <w:rPr>
          <w:lang w:val="el-GR"/>
        </w:rPr>
      </w:pPr>
      <w:r w:rsidRPr="00FF6CC1">
        <w:rPr>
          <w:lang w:val="el-GR"/>
        </w:rPr>
        <w:t>Έστω δύο μεταβλητές Α και Β με τυχαίες τιμές (π.χ. 4 και 10). Τι θα συμβεί αν γράψουμε:</w:t>
      </w:r>
      <w:r w:rsidRPr="00FF6CC1">
        <w:rPr>
          <w:lang w:val="el-GR"/>
        </w:rPr>
        <w:br/>
        <w:t xml:space="preserve">   Α &lt;- Β</w:t>
      </w:r>
      <w:r w:rsidRPr="00FF6CC1">
        <w:rPr>
          <w:lang w:val="el-GR"/>
        </w:rPr>
        <w:br/>
        <w:t xml:space="preserve">   Β &lt;- Α</w:t>
      </w:r>
      <w:r w:rsidRPr="00FF6CC1">
        <w:rPr>
          <w:lang w:val="el-GR"/>
        </w:rPr>
        <w:br/>
        <w:t>Συμπληρώστε:</w:t>
      </w:r>
      <w:r w:rsidRPr="00FF6CC1">
        <w:rPr>
          <w:lang w:val="el-GR"/>
        </w:rPr>
        <w:br/>
        <w:t>- Μετά την πρώτη εντολή, Α = ____, Β = ____</w:t>
      </w:r>
      <w:r w:rsidRPr="00FF6CC1">
        <w:rPr>
          <w:lang w:val="el-GR"/>
        </w:rPr>
        <w:br/>
        <w:t>- Μετά τη δεύτερη εντολή, Α = ____, Β = ____</w:t>
      </w:r>
    </w:p>
    <w:p w14:paraId="2082840F" w14:textId="77777777" w:rsidR="00D416C7" w:rsidRPr="00FF6CC1" w:rsidRDefault="00000000">
      <w:pPr>
        <w:rPr>
          <w:lang w:val="el-GR"/>
        </w:rPr>
      </w:pPr>
      <w:r w:rsidRPr="00FF6CC1">
        <w:rPr>
          <w:lang w:val="el-GR"/>
        </w:rPr>
        <w:t>Δραστηριότητα 2 – Το τρίτο ποτήρι</w:t>
      </w:r>
    </w:p>
    <w:p w14:paraId="4A10EFEB" w14:textId="77777777" w:rsidR="00D416C7" w:rsidRPr="00FF6CC1" w:rsidRDefault="00000000">
      <w:pPr>
        <w:rPr>
          <w:lang w:val="el-GR"/>
        </w:rPr>
      </w:pPr>
      <w:r w:rsidRPr="00FF6CC1">
        <w:rPr>
          <w:lang w:val="el-GR"/>
        </w:rPr>
        <w:t>Πώς γράφεται σε ΓΛΩΣΣΑ η σωστή ανταλλαγή;</w:t>
      </w:r>
      <w:r w:rsidRPr="00FF6CC1">
        <w:rPr>
          <w:lang w:val="el-GR"/>
        </w:rPr>
        <w:br/>
        <w:t>Συμπληρώστε τα κενά:</w:t>
      </w:r>
      <w:r w:rsidRPr="00FF6CC1">
        <w:rPr>
          <w:lang w:val="el-GR"/>
        </w:rPr>
        <w:br/>
        <w:t xml:space="preserve">   </w:t>
      </w:r>
      <w:r>
        <w:t>tmp</w:t>
      </w:r>
      <w:r w:rsidRPr="00FF6CC1">
        <w:rPr>
          <w:lang w:val="el-GR"/>
        </w:rPr>
        <w:t xml:space="preserve"> &lt;- ____</w:t>
      </w:r>
      <w:r w:rsidRPr="00FF6CC1">
        <w:rPr>
          <w:lang w:val="el-GR"/>
        </w:rPr>
        <w:br/>
        <w:t xml:space="preserve">   Α &lt;- ____</w:t>
      </w:r>
      <w:r w:rsidRPr="00FF6CC1">
        <w:rPr>
          <w:lang w:val="el-GR"/>
        </w:rPr>
        <w:br/>
        <w:t xml:space="preserve">   Β &lt;- ____</w:t>
      </w:r>
    </w:p>
    <w:p w14:paraId="06D0D441" w14:textId="77777777" w:rsidR="00D416C7" w:rsidRPr="00FF6CC1" w:rsidRDefault="00000000">
      <w:pPr>
        <w:rPr>
          <w:lang w:val="el-GR"/>
        </w:rPr>
      </w:pPr>
      <w:r w:rsidRPr="00FF6CC1">
        <w:rPr>
          <w:lang w:val="el-GR"/>
        </w:rPr>
        <w:t>Δραστηριότητα 3 – Η πρώτη «φυσαλίδα»</w:t>
      </w:r>
    </w:p>
    <w:p w14:paraId="146B78D7" w14:textId="77777777" w:rsidR="00D416C7" w:rsidRDefault="00000000">
      <w:r w:rsidRPr="00FF6CC1">
        <w:rPr>
          <w:lang w:val="el-GR"/>
        </w:rPr>
        <w:t>Έχουμε τον πίνακα: Α = [5, 3, 8, 1]</w:t>
      </w:r>
      <w:r w:rsidRPr="00FF6CC1">
        <w:rPr>
          <w:lang w:val="el-GR"/>
        </w:rPr>
        <w:br/>
        <w:t>Ξεκινώντας από το τέλος, συγκρίνουμε κάθε στοιχείο με το προηγούμενο και αν είναι «ανάποδα», τα ανταλλάσσουμε.</w:t>
      </w:r>
      <w:r w:rsidRPr="00FF6CC1">
        <w:rPr>
          <w:lang w:val="el-GR"/>
        </w:rPr>
        <w:br/>
      </w:r>
      <w:r>
        <w:t>Συμπληρώστε τον πίνακα μετά από κάθε ανταλλαγή: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D416C7" w14:paraId="29F817CC" w14:textId="77777777">
        <w:tc>
          <w:tcPr>
            <w:tcW w:w="2880" w:type="dxa"/>
          </w:tcPr>
          <w:p w14:paraId="7A077E8F" w14:textId="77777777" w:rsidR="00D416C7" w:rsidRDefault="00000000">
            <w:r>
              <w:lastRenderedPageBreak/>
              <w:t>Σύγκριση</w:t>
            </w:r>
          </w:p>
        </w:tc>
        <w:tc>
          <w:tcPr>
            <w:tcW w:w="2880" w:type="dxa"/>
          </w:tcPr>
          <w:p w14:paraId="0C8F2578" w14:textId="77777777" w:rsidR="00D416C7" w:rsidRDefault="00000000">
            <w:r>
              <w:t>Ανταλλαγή;</w:t>
            </w:r>
          </w:p>
        </w:tc>
        <w:tc>
          <w:tcPr>
            <w:tcW w:w="2880" w:type="dxa"/>
          </w:tcPr>
          <w:p w14:paraId="6A9D2743" w14:textId="77777777" w:rsidR="00D416C7" w:rsidRDefault="00000000">
            <w:r>
              <w:t>Νέος Πίνακας</w:t>
            </w:r>
          </w:p>
        </w:tc>
      </w:tr>
      <w:tr w:rsidR="00D416C7" w14:paraId="78F4F4AF" w14:textId="77777777">
        <w:tc>
          <w:tcPr>
            <w:tcW w:w="2880" w:type="dxa"/>
          </w:tcPr>
          <w:p w14:paraId="2DB5BA83" w14:textId="77777777" w:rsidR="00D416C7" w:rsidRDefault="00000000">
            <w:r>
              <w:t>1 με 8</w:t>
            </w:r>
          </w:p>
        </w:tc>
        <w:tc>
          <w:tcPr>
            <w:tcW w:w="2880" w:type="dxa"/>
          </w:tcPr>
          <w:p w14:paraId="2FC0FF6B" w14:textId="77777777" w:rsidR="00D416C7" w:rsidRDefault="00000000">
            <w:r>
              <w:t>...</w:t>
            </w:r>
          </w:p>
        </w:tc>
        <w:tc>
          <w:tcPr>
            <w:tcW w:w="2880" w:type="dxa"/>
          </w:tcPr>
          <w:p w14:paraId="1A137ED2" w14:textId="77777777" w:rsidR="00D416C7" w:rsidRDefault="00000000">
            <w:r>
              <w:t>...</w:t>
            </w:r>
          </w:p>
        </w:tc>
      </w:tr>
      <w:tr w:rsidR="00D416C7" w14:paraId="58DAC4FE" w14:textId="77777777">
        <w:tc>
          <w:tcPr>
            <w:tcW w:w="2880" w:type="dxa"/>
          </w:tcPr>
          <w:p w14:paraId="685BD8D4" w14:textId="77777777" w:rsidR="00D416C7" w:rsidRDefault="00000000">
            <w:r>
              <w:t>8 με 3</w:t>
            </w:r>
          </w:p>
        </w:tc>
        <w:tc>
          <w:tcPr>
            <w:tcW w:w="2880" w:type="dxa"/>
          </w:tcPr>
          <w:p w14:paraId="269A3594" w14:textId="77777777" w:rsidR="00D416C7" w:rsidRDefault="00000000">
            <w:r>
              <w:t>...</w:t>
            </w:r>
          </w:p>
        </w:tc>
        <w:tc>
          <w:tcPr>
            <w:tcW w:w="2880" w:type="dxa"/>
          </w:tcPr>
          <w:p w14:paraId="05062C36" w14:textId="77777777" w:rsidR="00D416C7" w:rsidRDefault="00000000">
            <w:r>
              <w:t>...</w:t>
            </w:r>
          </w:p>
        </w:tc>
      </w:tr>
      <w:tr w:rsidR="00D416C7" w14:paraId="2673F2F6" w14:textId="77777777">
        <w:tc>
          <w:tcPr>
            <w:tcW w:w="2880" w:type="dxa"/>
          </w:tcPr>
          <w:p w14:paraId="5BC43903" w14:textId="77777777" w:rsidR="00D416C7" w:rsidRDefault="00000000">
            <w:r>
              <w:t>5 με 3</w:t>
            </w:r>
          </w:p>
        </w:tc>
        <w:tc>
          <w:tcPr>
            <w:tcW w:w="2880" w:type="dxa"/>
          </w:tcPr>
          <w:p w14:paraId="11CC01C8" w14:textId="77777777" w:rsidR="00D416C7" w:rsidRDefault="00000000">
            <w:r>
              <w:t>...</w:t>
            </w:r>
          </w:p>
        </w:tc>
        <w:tc>
          <w:tcPr>
            <w:tcW w:w="2880" w:type="dxa"/>
          </w:tcPr>
          <w:p w14:paraId="5A6D1964" w14:textId="77777777" w:rsidR="00D416C7" w:rsidRDefault="00000000">
            <w:r>
              <w:t>...</w:t>
            </w:r>
          </w:p>
        </w:tc>
      </w:tr>
    </w:tbl>
    <w:p w14:paraId="493C94D8" w14:textId="77777777" w:rsidR="00D416C7" w:rsidRDefault="00000000">
      <w:r>
        <w:t>Δραστηριότητα 4 – Ολοκληρωμένη ταξινόμηση</w:t>
      </w:r>
    </w:p>
    <w:p w14:paraId="3426F544" w14:textId="77777777" w:rsidR="00D416C7" w:rsidRPr="00FF6CC1" w:rsidRDefault="00000000">
      <w:pPr>
        <w:rPr>
          <w:lang w:val="el-GR"/>
        </w:rPr>
      </w:pPr>
      <w:r w:rsidRPr="00FF6CC1">
        <w:rPr>
          <w:lang w:val="el-GR"/>
        </w:rPr>
        <w:t>- Τι συμβαίνει στο πρώτο κελί μετά το πρώτο πέρασμα;</w:t>
      </w:r>
      <w:r w:rsidRPr="00FF6CC1">
        <w:rPr>
          <w:lang w:val="el-GR"/>
        </w:rPr>
        <w:br/>
        <w:t>- Πόσα περάσματα χρειάζονται συνολικά για πίνακα 100 στοιχείων;</w:t>
      </w:r>
      <w:r w:rsidRPr="00FF6CC1">
        <w:rPr>
          <w:lang w:val="el-GR"/>
        </w:rPr>
        <w:br/>
        <w:t>- Πότε μπορούμε να σταματήσουμε νωρίτερα;</w:t>
      </w:r>
    </w:p>
    <w:p w14:paraId="559C0087" w14:textId="77777777" w:rsidR="00D416C7" w:rsidRPr="00FF6CC1" w:rsidRDefault="00000000">
      <w:pPr>
        <w:rPr>
          <w:lang w:val="el-GR"/>
        </w:rPr>
      </w:pPr>
      <w:r w:rsidRPr="00FF6CC1">
        <w:rPr>
          <w:lang w:val="el-GR"/>
        </w:rPr>
        <w:t>Δραστηριότητα 5 – Φθίνουσα σειρά</w:t>
      </w:r>
    </w:p>
    <w:p w14:paraId="5CCD182D" w14:textId="77777777" w:rsidR="00D416C7" w:rsidRDefault="00000000">
      <w:r w:rsidRPr="00FF6CC1">
        <w:rPr>
          <w:lang w:val="el-GR"/>
        </w:rPr>
        <w:t xml:space="preserve">Αντί για αύξουσα ταξινόμηση, θέλουμε φθίνουσα. </w:t>
      </w:r>
      <w:r>
        <w:t>Συμπληρώστε:</w:t>
      </w:r>
      <w:r>
        <w:br/>
        <w:t xml:space="preserve">   ΑΝ A[j] ___ A[j+1] ΤΟΤΕ</w:t>
      </w:r>
      <w:r>
        <w:br/>
        <w:t xml:space="preserve">      tmp &lt;- A[j]</w:t>
      </w:r>
      <w:r>
        <w:br/>
        <w:t xml:space="preserve">      A[j] &lt;- A[j+1]</w:t>
      </w:r>
      <w:r>
        <w:br/>
        <w:t xml:space="preserve">      A[j+1] &lt;- tmp</w:t>
      </w:r>
    </w:p>
    <w:p w14:paraId="43256E15" w14:textId="77777777" w:rsidR="00D416C7" w:rsidRPr="00FF6CC1" w:rsidRDefault="00000000">
      <w:pPr>
        <w:rPr>
          <w:lang w:val="el-GR"/>
        </w:rPr>
      </w:pPr>
      <w:r w:rsidRPr="00FF6CC1">
        <w:rPr>
          <w:lang w:val="el-GR"/>
        </w:rPr>
        <w:t>Δραστηριότητα 6 – Συμπλήρωσε τα κενά και εξήγησε</w:t>
      </w:r>
    </w:p>
    <w:p w14:paraId="0DFCFF83" w14:textId="5142BF2A" w:rsidR="00D416C7" w:rsidRPr="00FF6CC1" w:rsidRDefault="00000000">
      <w:pPr>
        <w:rPr>
          <w:lang w:val="el-GR"/>
        </w:rPr>
      </w:pPr>
      <w:r w:rsidRPr="00FF6CC1">
        <w:rPr>
          <w:lang w:val="el-GR"/>
        </w:rPr>
        <w:t>Συμπληρώστε τα κενά στον παρακάτω κώδικα της ταξινόμησης φυσαλίδας (αύξουσα σειρά):</w:t>
      </w:r>
      <w:r w:rsidRPr="00FF6CC1">
        <w:rPr>
          <w:lang w:val="el-GR"/>
        </w:rPr>
        <w:br/>
      </w:r>
      <w:r w:rsidRPr="00FF6CC1">
        <w:rPr>
          <w:lang w:val="el-GR"/>
        </w:rPr>
        <w:br/>
        <w:t xml:space="preserve">ΓΙΑ </w:t>
      </w:r>
      <w:r>
        <w:t>i</w:t>
      </w:r>
      <w:r w:rsidRPr="00FF6CC1">
        <w:rPr>
          <w:lang w:val="el-GR"/>
        </w:rPr>
        <w:t xml:space="preserve"> ΑΠΟ ____ ΜΕΧΡΙ ____</w:t>
      </w:r>
      <w:r w:rsidRPr="00FF6CC1">
        <w:rPr>
          <w:lang w:val="el-GR"/>
        </w:rPr>
        <w:br/>
        <w:t xml:space="preserve">   ΓΙΑ </w:t>
      </w:r>
      <w:r>
        <w:t>j</w:t>
      </w:r>
      <w:r w:rsidRPr="00FF6CC1">
        <w:rPr>
          <w:lang w:val="el-GR"/>
        </w:rPr>
        <w:t xml:space="preserve"> ΑΠΟ ____ ΜΕΧΡΙ ____ ΜΕ_ΒΗΜΑ -1</w:t>
      </w:r>
      <w:r w:rsidRPr="00FF6CC1">
        <w:rPr>
          <w:lang w:val="el-GR"/>
        </w:rPr>
        <w:br/>
        <w:t xml:space="preserve">      ΑΝ </w:t>
      </w:r>
      <w:r>
        <w:t>A</w:t>
      </w:r>
      <w:r w:rsidRPr="00FF6CC1">
        <w:rPr>
          <w:lang w:val="el-GR"/>
        </w:rPr>
        <w:t>[</w:t>
      </w:r>
      <w:r>
        <w:t>j</w:t>
      </w:r>
      <w:r w:rsidR="00FF6CC1">
        <w:rPr>
          <w:lang w:val="el-GR"/>
        </w:rPr>
        <w:t>-1</w:t>
      </w:r>
      <w:r w:rsidRPr="00FF6CC1">
        <w:rPr>
          <w:lang w:val="el-GR"/>
        </w:rPr>
        <w:t xml:space="preserve">] </w:t>
      </w:r>
      <w:r w:rsidR="00FF6CC1">
        <w:rPr>
          <w:lang w:val="el-GR"/>
        </w:rPr>
        <w:t>&gt;</w:t>
      </w:r>
      <w:r w:rsidRPr="00FF6CC1">
        <w:rPr>
          <w:lang w:val="el-GR"/>
        </w:rPr>
        <w:t xml:space="preserve"> </w:t>
      </w:r>
      <w:r>
        <w:t>A</w:t>
      </w:r>
      <w:r w:rsidRPr="00FF6CC1">
        <w:rPr>
          <w:lang w:val="el-GR"/>
        </w:rPr>
        <w:t>[</w:t>
      </w:r>
      <w:r>
        <w:t>j</w:t>
      </w:r>
      <w:r w:rsidRPr="00FF6CC1">
        <w:rPr>
          <w:lang w:val="el-GR"/>
        </w:rPr>
        <w:t>] ΤΟΤΕ</w:t>
      </w:r>
      <w:r w:rsidRPr="00FF6CC1">
        <w:rPr>
          <w:lang w:val="el-GR"/>
        </w:rPr>
        <w:br/>
        <w:t xml:space="preserve">         </w:t>
      </w:r>
      <w:r>
        <w:t>tmp</w:t>
      </w:r>
      <w:r w:rsidRPr="00FF6CC1">
        <w:rPr>
          <w:lang w:val="el-GR"/>
        </w:rPr>
        <w:t xml:space="preserve"> &lt;- </w:t>
      </w:r>
      <w:r>
        <w:t>A</w:t>
      </w:r>
      <w:r w:rsidRPr="00FF6CC1">
        <w:rPr>
          <w:lang w:val="el-GR"/>
        </w:rPr>
        <w:t>[</w:t>
      </w:r>
      <w:r>
        <w:t>j</w:t>
      </w:r>
      <w:r w:rsidRPr="00FF6CC1">
        <w:rPr>
          <w:lang w:val="el-GR"/>
        </w:rPr>
        <w:t>]</w:t>
      </w:r>
      <w:r w:rsidRPr="00FF6CC1">
        <w:rPr>
          <w:lang w:val="el-GR"/>
        </w:rPr>
        <w:br/>
        <w:t xml:space="preserve">         </w:t>
      </w:r>
      <w:r>
        <w:t>A</w:t>
      </w:r>
      <w:r w:rsidRPr="00FF6CC1">
        <w:rPr>
          <w:lang w:val="el-GR"/>
        </w:rPr>
        <w:t>[</w:t>
      </w:r>
      <w:r>
        <w:t>j</w:t>
      </w:r>
      <w:r w:rsidRPr="00FF6CC1">
        <w:rPr>
          <w:lang w:val="el-GR"/>
        </w:rPr>
        <w:t xml:space="preserve">] &lt;- </w:t>
      </w:r>
      <w:r>
        <w:t>A</w:t>
      </w:r>
      <w:r w:rsidRPr="00FF6CC1">
        <w:rPr>
          <w:lang w:val="el-GR"/>
        </w:rPr>
        <w:t>[</w:t>
      </w:r>
      <w:r>
        <w:t>j</w:t>
      </w:r>
      <w:r w:rsidRPr="00FF6CC1">
        <w:rPr>
          <w:lang w:val="el-GR"/>
        </w:rPr>
        <w:t>-1]</w:t>
      </w:r>
      <w:r w:rsidRPr="00FF6CC1">
        <w:rPr>
          <w:lang w:val="el-GR"/>
        </w:rPr>
        <w:br/>
        <w:t xml:space="preserve">         </w:t>
      </w:r>
      <w:r>
        <w:t>A</w:t>
      </w:r>
      <w:r w:rsidRPr="00FF6CC1">
        <w:rPr>
          <w:lang w:val="el-GR"/>
        </w:rPr>
        <w:t>[</w:t>
      </w:r>
      <w:r>
        <w:t>j</w:t>
      </w:r>
      <w:r w:rsidRPr="00FF6CC1">
        <w:rPr>
          <w:lang w:val="el-GR"/>
        </w:rPr>
        <w:t xml:space="preserve">-1] &lt;- </w:t>
      </w:r>
      <w:r>
        <w:t>tmp</w:t>
      </w:r>
      <w:r w:rsidRPr="00FF6CC1">
        <w:rPr>
          <w:lang w:val="el-GR"/>
        </w:rPr>
        <w:br/>
        <w:t xml:space="preserve">      ΤΕΛΟΣ_ΑΝ</w:t>
      </w:r>
      <w:r w:rsidRPr="00FF6CC1">
        <w:rPr>
          <w:lang w:val="el-GR"/>
        </w:rPr>
        <w:br/>
        <w:t xml:space="preserve">   ΤΕΛΟΣ_ΕΠΑΝΑΛΗΨΗΣ</w:t>
      </w:r>
      <w:r w:rsidRPr="00FF6CC1">
        <w:rPr>
          <w:lang w:val="el-GR"/>
        </w:rPr>
        <w:br/>
        <w:t>ΤΕΛΟΣ_ΕΠΑΝΑΛΗΨΗΣ</w:t>
      </w:r>
      <w:r w:rsidRPr="00FF6CC1">
        <w:rPr>
          <w:lang w:val="el-GR"/>
        </w:rPr>
        <w:br/>
      </w:r>
    </w:p>
    <w:p w14:paraId="3DE2FCF0" w14:textId="77777777" w:rsidR="00D416C7" w:rsidRPr="00FF6CC1" w:rsidRDefault="00000000">
      <w:pPr>
        <w:rPr>
          <w:lang w:val="el-GR"/>
        </w:rPr>
      </w:pPr>
      <w:r w:rsidRPr="00FF6CC1">
        <w:rPr>
          <w:lang w:val="el-GR"/>
        </w:rPr>
        <w:t>Απαντήστε:</w:t>
      </w:r>
      <w:r w:rsidRPr="00FF6CC1">
        <w:rPr>
          <w:lang w:val="el-GR"/>
        </w:rPr>
        <w:br/>
        <w:t xml:space="preserve">1. Τι ακριβώς κάνει η εξωτερική επανάληψη ΓΙΑ </w:t>
      </w:r>
      <w:r>
        <w:t>i</w:t>
      </w:r>
      <w:r w:rsidRPr="00FF6CC1">
        <w:rPr>
          <w:lang w:val="el-GR"/>
        </w:rPr>
        <w:t>;</w:t>
      </w:r>
      <w:r w:rsidRPr="00FF6CC1">
        <w:rPr>
          <w:lang w:val="el-GR"/>
        </w:rPr>
        <w:br/>
        <w:t xml:space="preserve">2. Τι ακριβώς κάνει η εσωτερική επανάληψη ΓΙΑ </w:t>
      </w:r>
      <w:r>
        <w:t>j</w:t>
      </w:r>
      <w:r w:rsidRPr="00FF6CC1">
        <w:rPr>
          <w:lang w:val="el-GR"/>
        </w:rPr>
        <w:t>;</w:t>
      </w:r>
      <w:r w:rsidRPr="00FF6CC1">
        <w:rPr>
          <w:lang w:val="el-GR"/>
        </w:rPr>
        <w:br/>
        <w:t>3. Γιατί χρειάζεται το ΜΕ_ΒΗΜΑ -1 στην εσωτερική επανάληψη;</w:t>
      </w:r>
    </w:p>
    <w:p w14:paraId="480E4D71" w14:textId="77777777" w:rsidR="00D416C7" w:rsidRPr="00FF6CC1" w:rsidRDefault="00000000">
      <w:pPr>
        <w:pStyle w:val="1"/>
        <w:rPr>
          <w:lang w:val="el-GR"/>
        </w:rPr>
      </w:pPr>
      <w:r w:rsidRPr="00FF6CC1">
        <w:rPr>
          <w:lang w:val="el-GR"/>
        </w:rPr>
        <w:t>Ερωτήσεις Συζήτησης</w:t>
      </w:r>
    </w:p>
    <w:p w14:paraId="67BDC21D" w14:textId="77777777" w:rsidR="00D416C7" w:rsidRPr="00FF6CC1" w:rsidRDefault="00000000">
      <w:pPr>
        <w:rPr>
          <w:lang w:val="el-GR"/>
        </w:rPr>
      </w:pPr>
      <w:r w:rsidRPr="00FF6CC1">
        <w:rPr>
          <w:lang w:val="el-GR"/>
        </w:rPr>
        <w:t>1. Γιατί ονομάζεται «φυσαλίδα»;</w:t>
      </w:r>
    </w:p>
    <w:p w14:paraId="75CCB91C" w14:textId="77777777" w:rsidR="00D416C7" w:rsidRPr="00FF6CC1" w:rsidRDefault="00000000">
      <w:pPr>
        <w:rPr>
          <w:lang w:val="el-GR"/>
        </w:rPr>
      </w:pPr>
      <w:r w:rsidRPr="00FF6CC1">
        <w:rPr>
          <w:lang w:val="el-GR"/>
        </w:rPr>
        <w:lastRenderedPageBreak/>
        <w:t>2. Πού μπορεί να συναντήσουμε την ανάγκη ταξινόμησης στην καθημερινότητα ή στην Πληροφορική;</w:t>
      </w:r>
    </w:p>
    <w:p w14:paraId="49E65A90" w14:textId="77777777" w:rsidR="00D416C7" w:rsidRPr="00FF6CC1" w:rsidRDefault="00000000">
      <w:pPr>
        <w:rPr>
          <w:lang w:val="el-GR"/>
        </w:rPr>
      </w:pPr>
      <w:r w:rsidRPr="00FF6CC1">
        <w:rPr>
          <w:lang w:val="el-GR"/>
        </w:rPr>
        <w:t>3. Γιατί χρειάζεται μια τρίτη μεταβλητή για την ανταλλαγή;</w:t>
      </w:r>
    </w:p>
    <w:p w14:paraId="252D15AA" w14:textId="77777777" w:rsidR="00D416C7" w:rsidRPr="00FF6CC1" w:rsidRDefault="00000000">
      <w:pPr>
        <w:pStyle w:val="1"/>
        <w:rPr>
          <w:lang w:val="el-GR"/>
        </w:rPr>
      </w:pPr>
      <w:r w:rsidRPr="00FF6CC1">
        <w:rPr>
          <w:lang w:val="el-GR"/>
        </w:rPr>
        <w:t>Ενδεικτικές Απαντήσεις (για τον/την εκπαιδευτικό)</w:t>
      </w:r>
    </w:p>
    <w:p w14:paraId="4DA4DBF2" w14:textId="77777777" w:rsidR="00D416C7" w:rsidRPr="00FF6CC1" w:rsidRDefault="00000000">
      <w:pPr>
        <w:rPr>
          <w:lang w:val="el-GR"/>
        </w:rPr>
      </w:pPr>
      <w:r w:rsidRPr="00FF6CC1">
        <w:rPr>
          <w:lang w:val="el-GR"/>
        </w:rPr>
        <w:t>Δραστηριότητα 1: Και οι δύο μεταβλητές παίρνουν την τιμή του Β. Δεν γίνεται σωστή ανταλλαγή.</w:t>
      </w:r>
    </w:p>
    <w:p w14:paraId="4896ADCD" w14:textId="77777777" w:rsidR="00D416C7" w:rsidRPr="00FF6CC1" w:rsidRDefault="00000000">
      <w:pPr>
        <w:rPr>
          <w:lang w:val="el-GR"/>
        </w:rPr>
      </w:pPr>
      <w:r w:rsidRPr="00FF6CC1">
        <w:rPr>
          <w:lang w:val="el-GR"/>
        </w:rPr>
        <w:t>Δραστηριότητα 2:</w:t>
      </w:r>
      <w:r w:rsidRPr="00FF6CC1">
        <w:rPr>
          <w:lang w:val="el-GR"/>
        </w:rPr>
        <w:br/>
        <w:t xml:space="preserve">   </w:t>
      </w:r>
      <w:r>
        <w:t>tmp</w:t>
      </w:r>
      <w:r w:rsidRPr="00FF6CC1">
        <w:rPr>
          <w:lang w:val="el-GR"/>
        </w:rPr>
        <w:t xml:space="preserve"> &lt;- Α</w:t>
      </w:r>
      <w:r w:rsidRPr="00FF6CC1">
        <w:rPr>
          <w:lang w:val="el-GR"/>
        </w:rPr>
        <w:br/>
        <w:t xml:space="preserve">   Α &lt;- Β</w:t>
      </w:r>
      <w:r w:rsidRPr="00FF6CC1">
        <w:rPr>
          <w:lang w:val="el-GR"/>
        </w:rPr>
        <w:br/>
        <w:t xml:space="preserve">   Β &lt;- </w:t>
      </w:r>
      <w:r>
        <w:t>tmp</w:t>
      </w:r>
    </w:p>
    <w:p w14:paraId="579677F9" w14:textId="77777777" w:rsidR="00D416C7" w:rsidRPr="00FF6CC1" w:rsidRDefault="00000000">
      <w:pPr>
        <w:rPr>
          <w:lang w:val="el-GR"/>
        </w:rPr>
      </w:pPr>
      <w:r w:rsidRPr="00FF6CC1">
        <w:rPr>
          <w:lang w:val="el-GR"/>
        </w:rPr>
        <w:t>Δραστηριότητα 3: Στο τέλος του πρώτου περάσματος, η μικρότερη τιμή έχει «ανέβει» στο πρώτο κελί.</w:t>
      </w:r>
    </w:p>
    <w:p w14:paraId="428577E1" w14:textId="77777777" w:rsidR="00D416C7" w:rsidRPr="00FF6CC1" w:rsidRDefault="00000000">
      <w:pPr>
        <w:rPr>
          <w:lang w:val="el-GR"/>
        </w:rPr>
      </w:pPr>
      <w:r w:rsidRPr="00FF6CC1">
        <w:rPr>
          <w:lang w:val="el-GR"/>
        </w:rPr>
        <w:t>Δραστηριότητα 4: Χρειάζονται Ν−1 περάσματα· σταματάμε αν δεν γίνουν ανταλλαγές σε ένα πέρασμα.</w:t>
      </w:r>
    </w:p>
    <w:p w14:paraId="1554C636" w14:textId="77777777" w:rsidR="00D416C7" w:rsidRPr="00FF6CC1" w:rsidRDefault="00000000">
      <w:pPr>
        <w:rPr>
          <w:lang w:val="el-GR"/>
        </w:rPr>
      </w:pPr>
      <w:r w:rsidRPr="00FF6CC1">
        <w:rPr>
          <w:lang w:val="el-GR"/>
        </w:rPr>
        <w:t xml:space="preserve">Δραστηριότητα 5: Αλλάζουμε το κριτήριο σε &lt; (ΑΝ </w:t>
      </w:r>
      <w:r>
        <w:t>A</w:t>
      </w:r>
      <w:r w:rsidRPr="00FF6CC1">
        <w:rPr>
          <w:lang w:val="el-GR"/>
        </w:rPr>
        <w:t>[</w:t>
      </w:r>
      <w:r>
        <w:t>j</w:t>
      </w:r>
      <w:r w:rsidRPr="00FF6CC1">
        <w:rPr>
          <w:lang w:val="el-GR"/>
        </w:rPr>
        <w:t xml:space="preserve">] &lt; </w:t>
      </w:r>
      <w:r>
        <w:t>A</w:t>
      </w:r>
      <w:r w:rsidRPr="00FF6CC1">
        <w:rPr>
          <w:lang w:val="el-GR"/>
        </w:rPr>
        <w:t>[</w:t>
      </w:r>
      <w:r>
        <w:t>j</w:t>
      </w:r>
      <w:r w:rsidRPr="00FF6CC1">
        <w:rPr>
          <w:lang w:val="el-GR"/>
        </w:rPr>
        <w:t>+1] ΤΟΤΕ).</w:t>
      </w:r>
    </w:p>
    <w:p w14:paraId="7044C66D" w14:textId="2C8BF2C1" w:rsidR="00D416C7" w:rsidRPr="00FF6CC1" w:rsidRDefault="00000000">
      <w:pPr>
        <w:rPr>
          <w:lang w:val="el-GR"/>
        </w:rPr>
      </w:pPr>
      <w:r w:rsidRPr="00FF6CC1">
        <w:rPr>
          <w:lang w:val="el-GR"/>
        </w:rPr>
        <w:t>Δραστηριότητα 6 (κενά):</w:t>
      </w:r>
      <w:r w:rsidRPr="00FF6CC1">
        <w:rPr>
          <w:lang w:val="el-GR"/>
        </w:rPr>
        <w:br/>
        <w:t xml:space="preserve">ΓΙΑ </w:t>
      </w:r>
      <w:r>
        <w:t>i</w:t>
      </w:r>
      <w:r w:rsidRPr="00FF6CC1">
        <w:rPr>
          <w:lang w:val="el-GR"/>
        </w:rPr>
        <w:t xml:space="preserve"> ΑΠΟ 2 ΜΕΧΡΙ 100</w:t>
      </w:r>
      <w:r w:rsidRPr="00FF6CC1">
        <w:rPr>
          <w:lang w:val="el-GR"/>
        </w:rPr>
        <w:br/>
        <w:t xml:space="preserve">   ΓΙΑ </w:t>
      </w:r>
      <w:r>
        <w:t>j</w:t>
      </w:r>
      <w:r w:rsidRPr="00FF6CC1">
        <w:rPr>
          <w:lang w:val="el-GR"/>
        </w:rPr>
        <w:t xml:space="preserve"> ΑΠΟ 100 ΜΕΧΡΙ </w:t>
      </w:r>
      <w:r>
        <w:t>i</w:t>
      </w:r>
      <w:r w:rsidRPr="00FF6CC1">
        <w:rPr>
          <w:lang w:val="el-GR"/>
        </w:rPr>
        <w:t xml:space="preserve"> ΜΕ_ΒΗΜΑ -1</w:t>
      </w:r>
      <w:r w:rsidRPr="00FF6CC1">
        <w:rPr>
          <w:lang w:val="el-GR"/>
        </w:rPr>
        <w:br/>
        <w:t xml:space="preserve">      ΑΝ </w:t>
      </w:r>
      <w:r>
        <w:t>A</w:t>
      </w:r>
      <w:r w:rsidRPr="00FF6CC1">
        <w:rPr>
          <w:lang w:val="el-GR"/>
        </w:rPr>
        <w:t>[</w:t>
      </w:r>
      <w:r>
        <w:t>j</w:t>
      </w:r>
      <w:r w:rsidR="00FF6CC1">
        <w:rPr>
          <w:lang w:val="el-GR"/>
        </w:rPr>
        <w:t>-1</w:t>
      </w:r>
      <w:r w:rsidRPr="00FF6CC1">
        <w:rPr>
          <w:lang w:val="el-GR"/>
        </w:rPr>
        <w:t xml:space="preserve">] </w:t>
      </w:r>
      <w:r w:rsidR="00FF6CC1">
        <w:rPr>
          <w:lang w:val="el-GR"/>
        </w:rPr>
        <w:t>&gt;</w:t>
      </w:r>
      <w:r w:rsidRPr="00FF6CC1">
        <w:rPr>
          <w:lang w:val="el-GR"/>
        </w:rPr>
        <w:t xml:space="preserve"> </w:t>
      </w:r>
      <w:r>
        <w:t>A</w:t>
      </w:r>
      <w:r w:rsidRPr="00FF6CC1">
        <w:rPr>
          <w:lang w:val="el-GR"/>
        </w:rPr>
        <w:t>[</w:t>
      </w:r>
      <w:r>
        <w:t>j</w:t>
      </w:r>
      <w:r w:rsidRPr="00FF6CC1">
        <w:rPr>
          <w:lang w:val="el-GR"/>
        </w:rPr>
        <w:t>] ΤΟΤΕ</w:t>
      </w:r>
      <w:r w:rsidRPr="00FF6CC1">
        <w:rPr>
          <w:lang w:val="el-GR"/>
        </w:rPr>
        <w:br/>
        <w:t xml:space="preserve">         </w:t>
      </w:r>
      <w:r>
        <w:t>tmp</w:t>
      </w:r>
      <w:r w:rsidRPr="00FF6CC1">
        <w:rPr>
          <w:lang w:val="el-GR"/>
        </w:rPr>
        <w:t xml:space="preserve"> &lt;- </w:t>
      </w:r>
      <w:r>
        <w:t>A</w:t>
      </w:r>
      <w:r w:rsidRPr="00FF6CC1">
        <w:rPr>
          <w:lang w:val="el-GR"/>
        </w:rPr>
        <w:t>[</w:t>
      </w:r>
      <w:r>
        <w:t>j</w:t>
      </w:r>
      <w:r w:rsidRPr="00FF6CC1">
        <w:rPr>
          <w:lang w:val="el-GR"/>
        </w:rPr>
        <w:t>]</w:t>
      </w:r>
      <w:r w:rsidRPr="00FF6CC1">
        <w:rPr>
          <w:lang w:val="el-GR"/>
        </w:rPr>
        <w:br/>
        <w:t xml:space="preserve">         </w:t>
      </w:r>
      <w:r>
        <w:t>A</w:t>
      </w:r>
      <w:r w:rsidRPr="00FF6CC1">
        <w:rPr>
          <w:lang w:val="el-GR"/>
        </w:rPr>
        <w:t>[</w:t>
      </w:r>
      <w:r>
        <w:t>j</w:t>
      </w:r>
      <w:r w:rsidRPr="00FF6CC1">
        <w:rPr>
          <w:lang w:val="el-GR"/>
        </w:rPr>
        <w:t xml:space="preserve">] &lt;- </w:t>
      </w:r>
      <w:r>
        <w:t>A</w:t>
      </w:r>
      <w:r w:rsidRPr="00FF6CC1">
        <w:rPr>
          <w:lang w:val="el-GR"/>
        </w:rPr>
        <w:t>[</w:t>
      </w:r>
      <w:r>
        <w:t>j</w:t>
      </w:r>
      <w:r w:rsidRPr="00FF6CC1">
        <w:rPr>
          <w:lang w:val="el-GR"/>
        </w:rPr>
        <w:t>-1]</w:t>
      </w:r>
      <w:r w:rsidRPr="00FF6CC1">
        <w:rPr>
          <w:lang w:val="el-GR"/>
        </w:rPr>
        <w:br/>
        <w:t xml:space="preserve">         </w:t>
      </w:r>
      <w:r>
        <w:t>A</w:t>
      </w:r>
      <w:r w:rsidRPr="00FF6CC1">
        <w:rPr>
          <w:lang w:val="el-GR"/>
        </w:rPr>
        <w:t>[</w:t>
      </w:r>
      <w:r>
        <w:t>j</w:t>
      </w:r>
      <w:r w:rsidRPr="00FF6CC1">
        <w:rPr>
          <w:lang w:val="el-GR"/>
        </w:rPr>
        <w:t xml:space="preserve">-1] &lt;- </w:t>
      </w:r>
      <w:r>
        <w:t>tmp</w:t>
      </w:r>
      <w:r w:rsidRPr="00FF6CC1">
        <w:rPr>
          <w:lang w:val="el-GR"/>
        </w:rPr>
        <w:br/>
        <w:t xml:space="preserve">      ΤΕΛΟΣ_ΑΝ</w:t>
      </w:r>
      <w:r w:rsidRPr="00FF6CC1">
        <w:rPr>
          <w:lang w:val="el-GR"/>
        </w:rPr>
        <w:br/>
        <w:t xml:space="preserve">   ΤΕΛΟΣ_ΕΠΑΝΑΛΗΨΗΣ</w:t>
      </w:r>
      <w:r w:rsidRPr="00FF6CC1">
        <w:rPr>
          <w:lang w:val="el-GR"/>
        </w:rPr>
        <w:br/>
        <w:t>ΤΕΛΟΣ_ΕΠΑΝΑΛΗΨΗΣ</w:t>
      </w:r>
    </w:p>
    <w:p w14:paraId="197D4860" w14:textId="77777777" w:rsidR="00D416C7" w:rsidRPr="00FF6CC1" w:rsidRDefault="00000000">
      <w:pPr>
        <w:rPr>
          <w:lang w:val="el-GR"/>
        </w:rPr>
      </w:pPr>
      <w:r w:rsidRPr="00FF6CC1">
        <w:rPr>
          <w:lang w:val="el-GR"/>
        </w:rPr>
        <w:t>Ερμηνεία:</w:t>
      </w:r>
      <w:r w:rsidRPr="00FF6CC1">
        <w:rPr>
          <w:lang w:val="el-GR"/>
        </w:rPr>
        <w:br/>
        <w:t>1. Η εξωτερική ΓΙΑ (</w:t>
      </w:r>
      <w:r>
        <w:t>i</w:t>
      </w:r>
      <w:r w:rsidRPr="00FF6CC1">
        <w:rPr>
          <w:lang w:val="el-GR"/>
        </w:rPr>
        <w:t xml:space="preserve">) καθορίζει το πέρασμα· μετά από κάθε πέρασμα, η μικρότερη τιμή καταλήγει στη θέση </w:t>
      </w:r>
      <w:r>
        <w:t>i</w:t>
      </w:r>
      <w:r w:rsidRPr="00FF6CC1">
        <w:rPr>
          <w:lang w:val="el-GR"/>
        </w:rPr>
        <w:t>.</w:t>
      </w:r>
      <w:r w:rsidRPr="00FF6CC1">
        <w:rPr>
          <w:lang w:val="el-GR"/>
        </w:rPr>
        <w:br/>
        <w:t>2. Η εσωτερική ΓΙΑ (</w:t>
      </w:r>
      <w:r>
        <w:t>j</w:t>
      </w:r>
      <w:r w:rsidRPr="00FF6CC1">
        <w:rPr>
          <w:lang w:val="el-GR"/>
        </w:rPr>
        <w:t xml:space="preserve">) συγκρίνει στοιχεία από το τέλος προς το </w:t>
      </w:r>
      <w:r>
        <w:t>i</w:t>
      </w:r>
      <w:r w:rsidRPr="00FF6CC1">
        <w:rPr>
          <w:lang w:val="el-GR"/>
        </w:rPr>
        <w:t>, μετακινώντας το μικρότερο προς τα αριστερά.</w:t>
      </w:r>
      <w:r w:rsidRPr="00FF6CC1">
        <w:rPr>
          <w:lang w:val="el-GR"/>
        </w:rPr>
        <w:br/>
        <w:t xml:space="preserve">3. Το ΜΕ_ΒΗΜΑ -1 είναι απαραίτητο ώστε το </w:t>
      </w:r>
      <w:r>
        <w:t>j</w:t>
      </w:r>
      <w:r w:rsidRPr="00FF6CC1">
        <w:rPr>
          <w:lang w:val="el-GR"/>
        </w:rPr>
        <w:t xml:space="preserve"> να κινείται προς τα αριστερά στον πίνακα.</w:t>
      </w:r>
    </w:p>
    <w:sectPr w:rsidR="00D416C7" w:rsidRPr="00FF6CC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03784353">
    <w:abstractNumId w:val="8"/>
  </w:num>
  <w:num w:numId="2" w16cid:durableId="161284492">
    <w:abstractNumId w:val="6"/>
  </w:num>
  <w:num w:numId="3" w16cid:durableId="1618296054">
    <w:abstractNumId w:val="5"/>
  </w:num>
  <w:num w:numId="4" w16cid:durableId="674966566">
    <w:abstractNumId w:val="4"/>
  </w:num>
  <w:num w:numId="5" w16cid:durableId="367947285">
    <w:abstractNumId w:val="7"/>
  </w:num>
  <w:num w:numId="6" w16cid:durableId="304088765">
    <w:abstractNumId w:val="3"/>
  </w:num>
  <w:num w:numId="7" w16cid:durableId="273251152">
    <w:abstractNumId w:val="2"/>
  </w:num>
  <w:num w:numId="8" w16cid:durableId="360669015">
    <w:abstractNumId w:val="1"/>
  </w:num>
  <w:num w:numId="9" w16cid:durableId="9707441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D10DA4"/>
    <w:rsid w:val="00D416C7"/>
    <w:rsid w:val="00FC693F"/>
    <w:rsid w:val="00FF6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2593551"/>
  <w14:defaultImageDpi w14:val="300"/>
  <w15:docId w15:val="{BD7D56F9-DD8E-4D4C-A6C3-6AC63F885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Κεφαλίδα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Υποσέλιδο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Επικεφαλίδα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Επικεφαλίδα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Επικεφαλίδα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Τίτλος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Υπότιτλος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Σώμα κειμένου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Κείμενο μακροεντολής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Απόσπασμα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Επικεφαλίδα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Επικεφαλίδα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Επικεφαλίδα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Επικεφαλίδα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Επικεφαλίδα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Επικεφαλίδα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Έντονο απόσπ.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9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a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b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c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d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e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1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539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3446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Marios Aggelides</cp:lastModifiedBy>
  <cp:revision>2</cp:revision>
  <dcterms:created xsi:type="dcterms:W3CDTF">2013-12-23T23:15:00Z</dcterms:created>
  <dcterms:modified xsi:type="dcterms:W3CDTF">2025-08-26T23:02:00Z</dcterms:modified>
  <cp:category/>
</cp:coreProperties>
</file>