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86615F" w14:textId="77777777" w:rsidR="004A61A5" w:rsidRPr="00E2374D" w:rsidRDefault="00000000">
      <w:pPr>
        <w:pStyle w:val="1"/>
        <w:rPr>
          <w:lang w:val="el-GR"/>
        </w:rPr>
      </w:pPr>
      <w:r w:rsidRPr="00E2374D">
        <w:rPr>
          <w:lang w:val="el-GR"/>
        </w:rPr>
        <w:t>Φύλλα Εργασίας – Πολλαπλασιασμός αλά Ρωσικά</w:t>
      </w:r>
    </w:p>
    <w:p w14:paraId="1A523CCD" w14:textId="77777777" w:rsidR="004A61A5" w:rsidRPr="00E2374D" w:rsidRDefault="00000000">
      <w:pPr>
        <w:pStyle w:val="21"/>
        <w:rPr>
          <w:lang w:val="el-GR"/>
        </w:rPr>
      </w:pPr>
      <w:r w:rsidRPr="00E2374D">
        <w:rPr>
          <w:lang w:val="el-GR"/>
        </w:rPr>
        <w:t>Φύλλο Εργασίας 1: Πολλαπλασιασμός αλά Ρωσικά – Εφαρμογή στο Χαρτί</w:t>
      </w:r>
    </w:p>
    <w:p w14:paraId="5FF33C4B" w14:textId="77777777" w:rsidR="004A61A5" w:rsidRPr="00E2374D" w:rsidRDefault="00000000">
      <w:pPr>
        <w:rPr>
          <w:lang w:val="el-GR"/>
        </w:rPr>
      </w:pPr>
      <w:r w:rsidRPr="00E2374D">
        <w:rPr>
          <w:lang w:val="el-GR"/>
        </w:rPr>
        <w:t>Ομάδα: ____________________     Ημερομηνία: ________________</w:t>
      </w:r>
    </w:p>
    <w:p w14:paraId="115CEF74" w14:textId="77777777" w:rsidR="004A61A5" w:rsidRPr="00E2374D" w:rsidRDefault="00000000">
      <w:pPr>
        <w:rPr>
          <w:lang w:val="el-GR"/>
        </w:rPr>
      </w:pPr>
      <w:r w:rsidRPr="00E2374D">
        <w:rPr>
          <w:lang w:val="el-GR"/>
        </w:rPr>
        <w:t>1. Υπολογίστε το γινόμενο δύο αριθμών με τη μέθοδο του Ρώσικου Πολλαπλασιασμού.</w:t>
      </w:r>
    </w:p>
    <w:p w14:paraId="355ADF54" w14:textId="77777777" w:rsidR="004A61A5" w:rsidRDefault="00000000">
      <w:r>
        <w:t>Συμπληρώστε τον παρακάτω πίνακα: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A61A5" w14:paraId="1B7B58C6" w14:textId="77777777" w:rsidTr="00E2374D">
        <w:tc>
          <w:tcPr>
            <w:tcW w:w="2160" w:type="dxa"/>
          </w:tcPr>
          <w:p w14:paraId="7A36571A" w14:textId="77777777" w:rsidR="004A61A5" w:rsidRDefault="00000000">
            <w:r>
              <w:t>Α (διπλασιασμός)</w:t>
            </w:r>
          </w:p>
        </w:tc>
        <w:tc>
          <w:tcPr>
            <w:tcW w:w="2160" w:type="dxa"/>
          </w:tcPr>
          <w:p w14:paraId="11B88C7D" w14:textId="77777777" w:rsidR="004A61A5" w:rsidRDefault="00000000">
            <w:r>
              <w:t>Β (διαίρεση με 2)</w:t>
            </w:r>
          </w:p>
        </w:tc>
        <w:tc>
          <w:tcPr>
            <w:tcW w:w="2160" w:type="dxa"/>
          </w:tcPr>
          <w:p w14:paraId="6FF25D9E" w14:textId="77777777" w:rsidR="004A61A5" w:rsidRDefault="00000000">
            <w:r>
              <w:t>Επιλογή (Ναι/Όχι)</w:t>
            </w:r>
          </w:p>
        </w:tc>
        <w:tc>
          <w:tcPr>
            <w:tcW w:w="2160" w:type="dxa"/>
          </w:tcPr>
          <w:p w14:paraId="3FFE57CE" w14:textId="77777777" w:rsidR="004A61A5" w:rsidRDefault="00000000">
            <w:r>
              <w:t>Σχόλιο</w:t>
            </w:r>
          </w:p>
        </w:tc>
      </w:tr>
      <w:tr w:rsidR="004A61A5" w14:paraId="67BB3DCD" w14:textId="77777777" w:rsidTr="00E2374D">
        <w:tc>
          <w:tcPr>
            <w:tcW w:w="2160" w:type="dxa"/>
          </w:tcPr>
          <w:p w14:paraId="66095CB9" w14:textId="77777777" w:rsidR="004A61A5" w:rsidRDefault="004A61A5"/>
        </w:tc>
        <w:tc>
          <w:tcPr>
            <w:tcW w:w="2160" w:type="dxa"/>
          </w:tcPr>
          <w:p w14:paraId="10371946" w14:textId="77777777" w:rsidR="004A61A5" w:rsidRDefault="004A61A5"/>
        </w:tc>
        <w:tc>
          <w:tcPr>
            <w:tcW w:w="2160" w:type="dxa"/>
          </w:tcPr>
          <w:p w14:paraId="2CD153C5" w14:textId="77777777" w:rsidR="004A61A5" w:rsidRDefault="004A61A5"/>
        </w:tc>
        <w:tc>
          <w:tcPr>
            <w:tcW w:w="2160" w:type="dxa"/>
          </w:tcPr>
          <w:p w14:paraId="75876F06" w14:textId="77777777" w:rsidR="004A61A5" w:rsidRDefault="004A61A5"/>
        </w:tc>
      </w:tr>
      <w:tr w:rsidR="004A61A5" w14:paraId="034326F4" w14:textId="77777777" w:rsidTr="00E2374D">
        <w:tc>
          <w:tcPr>
            <w:tcW w:w="2160" w:type="dxa"/>
          </w:tcPr>
          <w:p w14:paraId="153ECECC" w14:textId="77777777" w:rsidR="004A61A5" w:rsidRDefault="004A61A5"/>
        </w:tc>
        <w:tc>
          <w:tcPr>
            <w:tcW w:w="2160" w:type="dxa"/>
          </w:tcPr>
          <w:p w14:paraId="25901C1D" w14:textId="77777777" w:rsidR="004A61A5" w:rsidRDefault="004A61A5"/>
        </w:tc>
        <w:tc>
          <w:tcPr>
            <w:tcW w:w="2160" w:type="dxa"/>
          </w:tcPr>
          <w:p w14:paraId="24933A43" w14:textId="77777777" w:rsidR="004A61A5" w:rsidRDefault="004A61A5"/>
        </w:tc>
        <w:tc>
          <w:tcPr>
            <w:tcW w:w="2160" w:type="dxa"/>
          </w:tcPr>
          <w:p w14:paraId="3F2ED8E2" w14:textId="77777777" w:rsidR="004A61A5" w:rsidRDefault="004A61A5"/>
        </w:tc>
      </w:tr>
      <w:tr w:rsidR="004A61A5" w14:paraId="4F13F2C7" w14:textId="77777777" w:rsidTr="00E2374D">
        <w:tc>
          <w:tcPr>
            <w:tcW w:w="2160" w:type="dxa"/>
          </w:tcPr>
          <w:p w14:paraId="423A11BE" w14:textId="77777777" w:rsidR="004A61A5" w:rsidRDefault="004A61A5"/>
        </w:tc>
        <w:tc>
          <w:tcPr>
            <w:tcW w:w="2160" w:type="dxa"/>
          </w:tcPr>
          <w:p w14:paraId="48C77B38" w14:textId="77777777" w:rsidR="004A61A5" w:rsidRDefault="004A61A5"/>
        </w:tc>
        <w:tc>
          <w:tcPr>
            <w:tcW w:w="2160" w:type="dxa"/>
          </w:tcPr>
          <w:p w14:paraId="27CEF1FB" w14:textId="77777777" w:rsidR="004A61A5" w:rsidRDefault="004A61A5"/>
        </w:tc>
        <w:tc>
          <w:tcPr>
            <w:tcW w:w="2160" w:type="dxa"/>
          </w:tcPr>
          <w:p w14:paraId="4925ED78" w14:textId="77777777" w:rsidR="004A61A5" w:rsidRDefault="004A61A5"/>
        </w:tc>
      </w:tr>
      <w:tr w:rsidR="004A61A5" w14:paraId="5B865E6A" w14:textId="77777777" w:rsidTr="00E2374D">
        <w:tc>
          <w:tcPr>
            <w:tcW w:w="2160" w:type="dxa"/>
          </w:tcPr>
          <w:p w14:paraId="4B55A27F" w14:textId="77777777" w:rsidR="004A61A5" w:rsidRDefault="004A61A5"/>
        </w:tc>
        <w:tc>
          <w:tcPr>
            <w:tcW w:w="2160" w:type="dxa"/>
          </w:tcPr>
          <w:p w14:paraId="2F47B2B0" w14:textId="77777777" w:rsidR="004A61A5" w:rsidRDefault="004A61A5"/>
        </w:tc>
        <w:tc>
          <w:tcPr>
            <w:tcW w:w="2160" w:type="dxa"/>
          </w:tcPr>
          <w:p w14:paraId="6C9EC787" w14:textId="77777777" w:rsidR="004A61A5" w:rsidRDefault="004A61A5"/>
        </w:tc>
        <w:tc>
          <w:tcPr>
            <w:tcW w:w="2160" w:type="dxa"/>
          </w:tcPr>
          <w:p w14:paraId="22596BB9" w14:textId="77777777" w:rsidR="004A61A5" w:rsidRDefault="004A61A5"/>
        </w:tc>
      </w:tr>
      <w:tr w:rsidR="004A61A5" w14:paraId="4C19A05E" w14:textId="77777777" w:rsidTr="00E2374D">
        <w:tc>
          <w:tcPr>
            <w:tcW w:w="2160" w:type="dxa"/>
          </w:tcPr>
          <w:p w14:paraId="4CE0E9EA" w14:textId="77777777" w:rsidR="004A61A5" w:rsidRDefault="004A61A5"/>
        </w:tc>
        <w:tc>
          <w:tcPr>
            <w:tcW w:w="2160" w:type="dxa"/>
          </w:tcPr>
          <w:p w14:paraId="6B7A94F1" w14:textId="77777777" w:rsidR="004A61A5" w:rsidRDefault="004A61A5"/>
        </w:tc>
        <w:tc>
          <w:tcPr>
            <w:tcW w:w="2160" w:type="dxa"/>
          </w:tcPr>
          <w:p w14:paraId="58B0C0B5" w14:textId="77777777" w:rsidR="004A61A5" w:rsidRDefault="004A61A5"/>
        </w:tc>
        <w:tc>
          <w:tcPr>
            <w:tcW w:w="2160" w:type="dxa"/>
          </w:tcPr>
          <w:p w14:paraId="0FDDD3F9" w14:textId="77777777" w:rsidR="004A61A5" w:rsidRDefault="004A61A5"/>
        </w:tc>
      </w:tr>
      <w:tr w:rsidR="004A61A5" w14:paraId="27C8BE55" w14:textId="77777777" w:rsidTr="00E2374D">
        <w:tc>
          <w:tcPr>
            <w:tcW w:w="2160" w:type="dxa"/>
          </w:tcPr>
          <w:p w14:paraId="0E2A16BC" w14:textId="77777777" w:rsidR="004A61A5" w:rsidRDefault="004A61A5"/>
        </w:tc>
        <w:tc>
          <w:tcPr>
            <w:tcW w:w="2160" w:type="dxa"/>
          </w:tcPr>
          <w:p w14:paraId="7FB6E2F0" w14:textId="77777777" w:rsidR="004A61A5" w:rsidRDefault="004A61A5"/>
        </w:tc>
        <w:tc>
          <w:tcPr>
            <w:tcW w:w="2160" w:type="dxa"/>
          </w:tcPr>
          <w:p w14:paraId="262D1DAE" w14:textId="77777777" w:rsidR="004A61A5" w:rsidRDefault="004A61A5"/>
        </w:tc>
        <w:tc>
          <w:tcPr>
            <w:tcW w:w="2160" w:type="dxa"/>
          </w:tcPr>
          <w:p w14:paraId="2BD865DE" w14:textId="77777777" w:rsidR="004A61A5" w:rsidRDefault="004A61A5"/>
        </w:tc>
      </w:tr>
      <w:tr w:rsidR="004A61A5" w14:paraId="2B22DE19" w14:textId="77777777" w:rsidTr="00E2374D">
        <w:tc>
          <w:tcPr>
            <w:tcW w:w="2160" w:type="dxa"/>
          </w:tcPr>
          <w:p w14:paraId="5B3A7DB2" w14:textId="77777777" w:rsidR="004A61A5" w:rsidRDefault="004A61A5"/>
        </w:tc>
        <w:tc>
          <w:tcPr>
            <w:tcW w:w="2160" w:type="dxa"/>
          </w:tcPr>
          <w:p w14:paraId="6DF5060E" w14:textId="77777777" w:rsidR="004A61A5" w:rsidRDefault="004A61A5"/>
        </w:tc>
        <w:tc>
          <w:tcPr>
            <w:tcW w:w="2160" w:type="dxa"/>
          </w:tcPr>
          <w:p w14:paraId="6BF6329B" w14:textId="77777777" w:rsidR="004A61A5" w:rsidRDefault="004A61A5"/>
        </w:tc>
        <w:tc>
          <w:tcPr>
            <w:tcW w:w="2160" w:type="dxa"/>
          </w:tcPr>
          <w:p w14:paraId="5F005752" w14:textId="77777777" w:rsidR="004A61A5" w:rsidRDefault="004A61A5"/>
        </w:tc>
      </w:tr>
      <w:tr w:rsidR="004A61A5" w14:paraId="78FEDAA6" w14:textId="77777777" w:rsidTr="00E2374D">
        <w:tc>
          <w:tcPr>
            <w:tcW w:w="2160" w:type="dxa"/>
          </w:tcPr>
          <w:p w14:paraId="73AF41D7" w14:textId="77777777" w:rsidR="004A61A5" w:rsidRDefault="004A61A5"/>
        </w:tc>
        <w:tc>
          <w:tcPr>
            <w:tcW w:w="2160" w:type="dxa"/>
          </w:tcPr>
          <w:p w14:paraId="257DD05D" w14:textId="77777777" w:rsidR="004A61A5" w:rsidRDefault="004A61A5"/>
        </w:tc>
        <w:tc>
          <w:tcPr>
            <w:tcW w:w="2160" w:type="dxa"/>
          </w:tcPr>
          <w:p w14:paraId="66AF51FB" w14:textId="77777777" w:rsidR="004A61A5" w:rsidRDefault="004A61A5"/>
        </w:tc>
        <w:tc>
          <w:tcPr>
            <w:tcW w:w="2160" w:type="dxa"/>
          </w:tcPr>
          <w:p w14:paraId="6EE8EDFC" w14:textId="77777777" w:rsidR="004A61A5" w:rsidRDefault="004A61A5"/>
        </w:tc>
      </w:tr>
      <w:tr w:rsidR="004A61A5" w14:paraId="74A928F1" w14:textId="77777777" w:rsidTr="00E2374D">
        <w:tc>
          <w:tcPr>
            <w:tcW w:w="2160" w:type="dxa"/>
          </w:tcPr>
          <w:p w14:paraId="6417071E" w14:textId="77777777" w:rsidR="004A61A5" w:rsidRDefault="004A61A5"/>
        </w:tc>
        <w:tc>
          <w:tcPr>
            <w:tcW w:w="2160" w:type="dxa"/>
          </w:tcPr>
          <w:p w14:paraId="6278EAA1" w14:textId="77777777" w:rsidR="004A61A5" w:rsidRDefault="004A61A5"/>
        </w:tc>
        <w:tc>
          <w:tcPr>
            <w:tcW w:w="2160" w:type="dxa"/>
          </w:tcPr>
          <w:p w14:paraId="53CE0F6F" w14:textId="77777777" w:rsidR="004A61A5" w:rsidRDefault="004A61A5"/>
        </w:tc>
        <w:tc>
          <w:tcPr>
            <w:tcW w:w="2160" w:type="dxa"/>
          </w:tcPr>
          <w:p w14:paraId="2332F336" w14:textId="77777777" w:rsidR="004A61A5" w:rsidRDefault="004A61A5"/>
        </w:tc>
      </w:tr>
      <w:tr w:rsidR="004A61A5" w14:paraId="309D5BE4" w14:textId="77777777" w:rsidTr="00E2374D">
        <w:tc>
          <w:tcPr>
            <w:tcW w:w="2160" w:type="dxa"/>
          </w:tcPr>
          <w:p w14:paraId="1894ACF3" w14:textId="77777777" w:rsidR="004A61A5" w:rsidRDefault="004A61A5"/>
        </w:tc>
        <w:tc>
          <w:tcPr>
            <w:tcW w:w="2160" w:type="dxa"/>
          </w:tcPr>
          <w:p w14:paraId="1ABBA273" w14:textId="77777777" w:rsidR="004A61A5" w:rsidRDefault="004A61A5"/>
        </w:tc>
        <w:tc>
          <w:tcPr>
            <w:tcW w:w="2160" w:type="dxa"/>
          </w:tcPr>
          <w:p w14:paraId="2B53C3C9" w14:textId="77777777" w:rsidR="004A61A5" w:rsidRDefault="004A61A5"/>
        </w:tc>
        <w:tc>
          <w:tcPr>
            <w:tcW w:w="2160" w:type="dxa"/>
          </w:tcPr>
          <w:p w14:paraId="478ABDBA" w14:textId="77777777" w:rsidR="004A61A5" w:rsidRDefault="004A61A5"/>
        </w:tc>
      </w:tr>
    </w:tbl>
    <w:p w14:paraId="1FDB1312" w14:textId="77777777" w:rsidR="004A61A5" w:rsidRPr="00E2374D" w:rsidRDefault="00000000">
      <w:pPr>
        <w:rPr>
          <w:lang w:val="el-GR"/>
        </w:rPr>
      </w:pPr>
      <w:r w:rsidRPr="00E2374D">
        <w:rPr>
          <w:lang w:val="el-GR"/>
        </w:rPr>
        <w:t>2. Ποιο είναι το τελικό αποτέλεσμα; _______________________________</w:t>
      </w:r>
    </w:p>
    <w:p w14:paraId="327759D4" w14:textId="77777777" w:rsidR="004A61A5" w:rsidRPr="00E2374D" w:rsidRDefault="00000000">
      <w:pPr>
        <w:rPr>
          <w:lang w:val="el-GR"/>
        </w:rPr>
      </w:pPr>
      <w:r w:rsidRPr="00E2374D">
        <w:rPr>
          <w:lang w:val="el-GR"/>
        </w:rPr>
        <w:t>3. Περιγράψτε τα βήματα της μεθόδου με δικά σας λόγια:</w:t>
      </w:r>
    </w:p>
    <w:p w14:paraId="27BDEE03" w14:textId="77777777" w:rsidR="004A61A5" w:rsidRPr="00E2374D" w:rsidRDefault="00000000">
      <w:pPr>
        <w:rPr>
          <w:lang w:val="el-GR"/>
        </w:rPr>
      </w:pPr>
      <w:r w:rsidRPr="00E2374D">
        <w:rPr>
          <w:lang w:val="el-GR"/>
        </w:rPr>
        <w:br/>
      </w:r>
      <w:r w:rsidRPr="00E2374D">
        <w:rPr>
          <w:lang w:val="el-GR"/>
        </w:rPr>
        <w:br/>
      </w:r>
      <w:r w:rsidRPr="00E2374D">
        <w:rPr>
          <w:lang w:val="el-GR"/>
        </w:rPr>
        <w:br/>
      </w:r>
      <w:r w:rsidRPr="00E2374D">
        <w:rPr>
          <w:lang w:val="el-GR"/>
        </w:rPr>
        <w:br/>
      </w:r>
    </w:p>
    <w:p w14:paraId="3C60B452" w14:textId="77777777" w:rsidR="004A61A5" w:rsidRPr="00E2374D" w:rsidRDefault="00000000">
      <w:pPr>
        <w:rPr>
          <w:lang w:val="el-GR"/>
        </w:rPr>
      </w:pPr>
      <w:r w:rsidRPr="00E2374D">
        <w:rPr>
          <w:lang w:val="el-GR"/>
        </w:rPr>
        <w:t>4. Εντοπίστε δύο μοτίβα στη μέθοδο:</w:t>
      </w:r>
    </w:p>
    <w:p w14:paraId="64F26F59" w14:textId="77777777" w:rsidR="004A61A5" w:rsidRPr="00E2374D" w:rsidRDefault="00000000">
      <w:pPr>
        <w:rPr>
          <w:lang w:val="el-GR"/>
        </w:rPr>
      </w:pPr>
      <w:r w:rsidRPr="00E2374D">
        <w:rPr>
          <w:lang w:val="el-GR"/>
        </w:rPr>
        <w:t>α) _______________________________________________________________</w:t>
      </w:r>
    </w:p>
    <w:p w14:paraId="43A6A710" w14:textId="77777777" w:rsidR="004A61A5" w:rsidRPr="00E2374D" w:rsidRDefault="00000000">
      <w:pPr>
        <w:rPr>
          <w:lang w:val="el-GR"/>
        </w:rPr>
      </w:pPr>
      <w:r w:rsidRPr="00E2374D">
        <w:rPr>
          <w:lang w:val="el-GR"/>
        </w:rPr>
        <w:t>β) _______________________________________________________________</w:t>
      </w:r>
    </w:p>
    <w:p w14:paraId="6B63E2B5" w14:textId="77777777" w:rsidR="004A61A5" w:rsidRPr="00E2374D" w:rsidRDefault="00000000">
      <w:pPr>
        <w:rPr>
          <w:lang w:val="el-GR"/>
        </w:rPr>
      </w:pPr>
      <w:r w:rsidRPr="00E2374D">
        <w:rPr>
          <w:lang w:val="el-GR"/>
        </w:rPr>
        <w:br w:type="page"/>
      </w:r>
    </w:p>
    <w:p w14:paraId="71FD280C" w14:textId="77777777" w:rsidR="004A61A5" w:rsidRPr="00E2374D" w:rsidRDefault="00000000">
      <w:pPr>
        <w:pStyle w:val="21"/>
        <w:rPr>
          <w:lang w:val="el-GR"/>
        </w:rPr>
      </w:pPr>
      <w:r w:rsidRPr="00E2374D">
        <w:rPr>
          <w:lang w:val="el-GR"/>
        </w:rPr>
        <w:lastRenderedPageBreak/>
        <w:t>Φύλλο Εργασίας 2: Διερεύνηση με το Διαδραστικό Εργαλείο</w:t>
      </w:r>
    </w:p>
    <w:p w14:paraId="17F63C96" w14:textId="77777777" w:rsidR="004A61A5" w:rsidRPr="00E2374D" w:rsidRDefault="00000000">
      <w:pPr>
        <w:rPr>
          <w:lang w:val="el-GR"/>
        </w:rPr>
      </w:pPr>
      <w:r w:rsidRPr="00E2374D">
        <w:rPr>
          <w:lang w:val="el-GR"/>
        </w:rPr>
        <w:t>Χρησιμοποιήστε την παρακάτω ιστοσελίδα:</w:t>
      </w:r>
      <w:r w:rsidRPr="00E2374D">
        <w:rPr>
          <w:lang w:val="el-GR"/>
        </w:rPr>
        <w:br/>
      </w:r>
      <w:r>
        <w:t>https</w:t>
      </w:r>
      <w:r w:rsidRPr="00E2374D">
        <w:rPr>
          <w:lang w:val="el-GR"/>
        </w:rPr>
        <w:t>://</w:t>
      </w:r>
      <w:r>
        <w:t>startcoding</w:t>
      </w:r>
      <w:r w:rsidRPr="00E2374D">
        <w:rPr>
          <w:lang w:val="el-GR"/>
        </w:rPr>
        <w:t>.</w:t>
      </w:r>
      <w:r>
        <w:t>gr</w:t>
      </w:r>
      <w:r w:rsidRPr="00E2374D">
        <w:rPr>
          <w:lang w:val="el-GR"/>
        </w:rPr>
        <w:t>/</w:t>
      </w:r>
      <w:r>
        <w:t>wp</w:t>
      </w:r>
      <w:r w:rsidRPr="00E2374D">
        <w:rPr>
          <w:lang w:val="el-GR"/>
        </w:rPr>
        <w:t>-</w:t>
      </w:r>
      <w:r>
        <w:t>content</w:t>
      </w:r>
      <w:r w:rsidRPr="00E2374D">
        <w:rPr>
          <w:lang w:val="el-GR"/>
        </w:rPr>
        <w:t>/</w:t>
      </w:r>
      <w:r>
        <w:t>uploads</w:t>
      </w:r>
      <w:r w:rsidRPr="00E2374D">
        <w:rPr>
          <w:lang w:val="el-GR"/>
        </w:rPr>
        <w:t>/2024/08/</w:t>
      </w:r>
      <w:r>
        <w:t>pollaplasiasmos</w:t>
      </w:r>
      <w:r w:rsidRPr="00E2374D">
        <w:rPr>
          <w:lang w:val="el-GR"/>
        </w:rPr>
        <w:t>_</w:t>
      </w:r>
      <w:r>
        <w:t>ala</w:t>
      </w:r>
      <w:r w:rsidRPr="00E2374D">
        <w:rPr>
          <w:lang w:val="el-GR"/>
        </w:rPr>
        <w:t>_</w:t>
      </w:r>
      <w:r>
        <w:t>rosika</w:t>
      </w:r>
      <w:r w:rsidRPr="00E2374D">
        <w:rPr>
          <w:lang w:val="el-GR"/>
        </w:rPr>
        <w:t>.</w:t>
      </w:r>
      <w:r>
        <w:t>html</w:t>
      </w:r>
    </w:p>
    <w:p w14:paraId="5C7F1371" w14:textId="77777777" w:rsidR="004A61A5" w:rsidRPr="00E2374D" w:rsidRDefault="00000000">
      <w:pPr>
        <w:rPr>
          <w:lang w:val="el-GR"/>
        </w:rPr>
      </w:pPr>
      <w:r w:rsidRPr="00E2374D">
        <w:rPr>
          <w:lang w:val="el-GR"/>
        </w:rPr>
        <w:t>1. Επιλέξτε δύο αριθμούς και καταγράψτε τα βήματα που εμφανίζονται στο εργαλείο:</w:t>
      </w:r>
    </w:p>
    <w:p w14:paraId="1219C4CC" w14:textId="77777777" w:rsidR="004A61A5" w:rsidRPr="00E2374D" w:rsidRDefault="00000000">
      <w:pPr>
        <w:rPr>
          <w:lang w:val="el-GR"/>
        </w:rPr>
      </w:pPr>
      <w:r w:rsidRPr="00E2374D">
        <w:rPr>
          <w:lang w:val="el-GR"/>
        </w:rPr>
        <w:br/>
      </w:r>
      <w:r w:rsidRPr="00E2374D">
        <w:rPr>
          <w:lang w:val="el-GR"/>
        </w:rPr>
        <w:br/>
      </w:r>
      <w:r w:rsidRPr="00E2374D">
        <w:rPr>
          <w:lang w:val="el-GR"/>
        </w:rPr>
        <w:br/>
      </w:r>
      <w:r w:rsidRPr="00E2374D">
        <w:rPr>
          <w:lang w:val="el-GR"/>
        </w:rPr>
        <w:br/>
      </w:r>
      <w:r w:rsidRPr="00E2374D">
        <w:rPr>
          <w:lang w:val="el-GR"/>
        </w:rPr>
        <w:br/>
      </w:r>
      <w:r w:rsidRPr="00E2374D">
        <w:rPr>
          <w:lang w:val="el-GR"/>
        </w:rPr>
        <w:br/>
      </w:r>
    </w:p>
    <w:p w14:paraId="019F8B6C" w14:textId="77777777" w:rsidR="004A61A5" w:rsidRPr="00E2374D" w:rsidRDefault="00000000">
      <w:pPr>
        <w:rPr>
          <w:lang w:val="el-GR"/>
        </w:rPr>
      </w:pPr>
      <w:r w:rsidRPr="00E2374D">
        <w:rPr>
          <w:lang w:val="el-GR"/>
        </w:rPr>
        <w:t>2. Προβλέψτε το επόμενο βήμα πριν εμφανιστεί. Ήταν σωστή η πρόβλεψη; Εξηγήστε.</w:t>
      </w:r>
    </w:p>
    <w:p w14:paraId="60B46262" w14:textId="77777777" w:rsidR="004A61A5" w:rsidRPr="00E2374D" w:rsidRDefault="00000000">
      <w:pPr>
        <w:rPr>
          <w:lang w:val="el-GR"/>
        </w:rPr>
      </w:pPr>
      <w:r w:rsidRPr="00E2374D">
        <w:rPr>
          <w:lang w:val="el-GR"/>
        </w:rPr>
        <w:br/>
      </w:r>
      <w:r w:rsidRPr="00E2374D">
        <w:rPr>
          <w:lang w:val="el-GR"/>
        </w:rPr>
        <w:br/>
      </w:r>
      <w:r w:rsidRPr="00E2374D">
        <w:rPr>
          <w:lang w:val="el-GR"/>
        </w:rPr>
        <w:br/>
      </w:r>
      <w:r w:rsidRPr="00E2374D">
        <w:rPr>
          <w:lang w:val="el-GR"/>
        </w:rPr>
        <w:br/>
      </w:r>
    </w:p>
    <w:p w14:paraId="032F33A1" w14:textId="77777777" w:rsidR="004A61A5" w:rsidRPr="00E2374D" w:rsidRDefault="00000000">
      <w:pPr>
        <w:rPr>
          <w:lang w:val="el-GR"/>
        </w:rPr>
      </w:pPr>
      <w:r w:rsidRPr="00E2374D">
        <w:rPr>
          <w:lang w:val="el-GR"/>
        </w:rPr>
        <w:t>3. Δοκιμάστε άλλα δύο ζεύγη αριθμών και καταγράψτε τυχόν μοτίβα που παρατηρείτε:</w:t>
      </w:r>
    </w:p>
    <w:p w14:paraId="44DC6741" w14:textId="77777777" w:rsidR="004A61A5" w:rsidRPr="00E2374D" w:rsidRDefault="00000000">
      <w:pPr>
        <w:rPr>
          <w:lang w:val="el-GR"/>
        </w:rPr>
      </w:pPr>
      <w:r w:rsidRPr="00E2374D">
        <w:rPr>
          <w:lang w:val="el-GR"/>
        </w:rPr>
        <w:br/>
      </w:r>
      <w:r w:rsidRPr="00E2374D">
        <w:rPr>
          <w:lang w:val="el-GR"/>
        </w:rPr>
        <w:br/>
      </w:r>
      <w:r w:rsidRPr="00E2374D">
        <w:rPr>
          <w:lang w:val="el-GR"/>
        </w:rPr>
        <w:br/>
      </w:r>
      <w:r w:rsidRPr="00E2374D">
        <w:rPr>
          <w:lang w:val="el-GR"/>
        </w:rPr>
        <w:br/>
      </w:r>
      <w:r w:rsidRPr="00E2374D">
        <w:rPr>
          <w:lang w:val="el-GR"/>
        </w:rPr>
        <w:br/>
      </w:r>
      <w:r w:rsidRPr="00E2374D">
        <w:rPr>
          <w:lang w:val="el-GR"/>
        </w:rPr>
        <w:br/>
      </w:r>
    </w:p>
    <w:p w14:paraId="5671F232" w14:textId="77777777" w:rsidR="004A61A5" w:rsidRPr="00E2374D" w:rsidRDefault="00000000">
      <w:pPr>
        <w:rPr>
          <w:lang w:val="el-GR"/>
        </w:rPr>
      </w:pPr>
      <w:r w:rsidRPr="00E2374D">
        <w:rPr>
          <w:lang w:val="el-GR"/>
        </w:rPr>
        <w:t>4. Συγκρίνετε τα βήματα του εργαλείου με τα βήματα που κάνατε στο χαρτί. Τι διαφορές υπάρχουν;</w:t>
      </w:r>
    </w:p>
    <w:p w14:paraId="6C6540E0" w14:textId="77777777" w:rsidR="004A61A5" w:rsidRPr="00E2374D" w:rsidRDefault="00000000">
      <w:pPr>
        <w:rPr>
          <w:lang w:val="el-GR"/>
        </w:rPr>
      </w:pPr>
      <w:r w:rsidRPr="00E2374D">
        <w:rPr>
          <w:lang w:val="el-GR"/>
        </w:rPr>
        <w:br/>
      </w:r>
      <w:r w:rsidRPr="00E2374D">
        <w:rPr>
          <w:lang w:val="el-GR"/>
        </w:rPr>
        <w:br/>
      </w:r>
      <w:r w:rsidRPr="00E2374D">
        <w:rPr>
          <w:lang w:val="el-GR"/>
        </w:rPr>
        <w:br/>
      </w:r>
      <w:r w:rsidRPr="00E2374D">
        <w:rPr>
          <w:lang w:val="el-GR"/>
        </w:rPr>
        <w:br/>
      </w:r>
    </w:p>
    <w:p w14:paraId="0376D3FB" w14:textId="77777777" w:rsidR="004A61A5" w:rsidRPr="00E2374D" w:rsidRDefault="00000000">
      <w:pPr>
        <w:rPr>
          <w:lang w:val="el-GR"/>
        </w:rPr>
      </w:pPr>
      <w:r w:rsidRPr="00E2374D">
        <w:rPr>
          <w:lang w:val="el-GR"/>
        </w:rPr>
        <w:t xml:space="preserve">5. Πώς συνδέεται η μέθοδος με την ολίσθηση </w:t>
      </w:r>
      <w:r>
        <w:t>bit</w:t>
      </w:r>
      <w:r w:rsidRPr="00E2374D">
        <w:rPr>
          <w:lang w:val="el-GR"/>
        </w:rPr>
        <w:t xml:space="preserve"> στους υπολογιστές;</w:t>
      </w:r>
    </w:p>
    <w:p w14:paraId="00AEE861" w14:textId="77777777" w:rsidR="004A61A5" w:rsidRPr="00E2374D" w:rsidRDefault="00000000">
      <w:pPr>
        <w:rPr>
          <w:lang w:val="el-GR"/>
        </w:rPr>
      </w:pPr>
      <w:r w:rsidRPr="00E2374D">
        <w:rPr>
          <w:lang w:val="el-GR"/>
        </w:rPr>
        <w:br/>
      </w:r>
      <w:r w:rsidRPr="00E2374D">
        <w:rPr>
          <w:lang w:val="el-GR"/>
        </w:rPr>
        <w:br/>
      </w:r>
      <w:r w:rsidRPr="00E2374D">
        <w:rPr>
          <w:lang w:val="el-GR"/>
        </w:rPr>
        <w:br/>
      </w:r>
      <w:r w:rsidRPr="00E2374D">
        <w:rPr>
          <w:lang w:val="el-GR"/>
        </w:rPr>
        <w:lastRenderedPageBreak/>
        <w:br/>
      </w:r>
    </w:p>
    <w:sectPr w:rsidR="004A61A5" w:rsidRPr="00E2374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8472942">
    <w:abstractNumId w:val="8"/>
  </w:num>
  <w:num w:numId="2" w16cid:durableId="336927993">
    <w:abstractNumId w:val="6"/>
  </w:num>
  <w:num w:numId="3" w16cid:durableId="1841190463">
    <w:abstractNumId w:val="5"/>
  </w:num>
  <w:num w:numId="4" w16cid:durableId="1440560150">
    <w:abstractNumId w:val="4"/>
  </w:num>
  <w:num w:numId="5" w16cid:durableId="1379432541">
    <w:abstractNumId w:val="7"/>
  </w:num>
  <w:num w:numId="6" w16cid:durableId="1743529982">
    <w:abstractNumId w:val="3"/>
  </w:num>
  <w:num w:numId="7" w16cid:durableId="392199754">
    <w:abstractNumId w:val="2"/>
  </w:num>
  <w:num w:numId="8" w16cid:durableId="890574523">
    <w:abstractNumId w:val="1"/>
  </w:num>
  <w:num w:numId="9" w16cid:durableId="372846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A61A5"/>
    <w:rsid w:val="00643C08"/>
    <w:rsid w:val="00AA1D8D"/>
    <w:rsid w:val="00B47730"/>
    <w:rsid w:val="00CB0664"/>
    <w:rsid w:val="00E2374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FFDAB9B"/>
  <w14:defaultImageDpi w14:val="300"/>
  <w15:docId w15:val="{2DC19399-A762-4456-ADE4-17086B36D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Κεφαλίδα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Υποσέλιδο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Επικεφαλίδα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Επικεφαλίδα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Επικεφαλίδα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Τίτλος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Υπότιτλος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Σώμα κειμένου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Κείμενο μακροεντολής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Απόσπασμα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Επικεφαλίδα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Επικεφαλίδα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Επικεφαλίδα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Επικεφαλίδα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Επικεφαλίδα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Επικεφαλίδα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Έντονο απόσπ.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9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a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b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c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d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e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1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1302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Marios Aggelides</cp:lastModifiedBy>
  <cp:revision>3</cp:revision>
  <dcterms:created xsi:type="dcterms:W3CDTF">2013-12-23T23:15:00Z</dcterms:created>
  <dcterms:modified xsi:type="dcterms:W3CDTF">2025-11-15T20:57:00Z</dcterms:modified>
  <cp:category/>
</cp:coreProperties>
</file>